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427" w:rsidRDefault="0013438E">
      <w:pPr>
        <w:jc w:val="right"/>
      </w:pPr>
      <w:r>
        <w:t>Конкурс құжаттамасына</w:t>
      </w:r>
    </w:p>
    <w:p w:rsidR="00E04427" w:rsidRDefault="0013438E">
      <w:pPr>
        <w:jc w:val="right"/>
      </w:pPr>
      <w:r>
        <w:t>12 қосымша</w:t>
      </w:r>
    </w:p>
    <w:p w:rsidR="00E04427" w:rsidRDefault="0013438E">
      <w:pPr>
        <w:jc w:val="center"/>
      </w:pPr>
      <w:proofErr w:type="spellStart"/>
      <w:r>
        <w:rPr>
          <w:b/>
        </w:rPr>
        <w:t>Сатып</w:t>
      </w:r>
      <w:proofErr w:type="spellEnd"/>
      <w:r>
        <w:rPr>
          <w:b/>
        </w:rPr>
        <w:t xml:space="preserve"> </w:t>
      </w:r>
      <w:proofErr w:type="spellStart"/>
      <w:r>
        <w:rPr>
          <w:b/>
        </w:rPr>
        <w:t>алынатын</w:t>
      </w:r>
      <w:proofErr w:type="spellEnd"/>
      <w:r>
        <w:rPr>
          <w:b/>
        </w:rPr>
        <w:t xml:space="preserve"> </w:t>
      </w:r>
      <w:proofErr w:type="spellStart"/>
      <w:r>
        <w:rPr>
          <w:b/>
        </w:rPr>
        <w:t>тауардың</w:t>
      </w:r>
      <w:proofErr w:type="spellEnd"/>
      <w:r>
        <w:rPr>
          <w:b/>
        </w:rPr>
        <w:t xml:space="preserve"> </w:t>
      </w:r>
      <w:proofErr w:type="spellStart"/>
      <w:r>
        <w:rPr>
          <w:b/>
        </w:rPr>
        <w:t>техникалық</w:t>
      </w:r>
      <w:proofErr w:type="spellEnd"/>
      <w:r>
        <w:rPr>
          <w:b/>
        </w:rPr>
        <w:t xml:space="preserve"> </w:t>
      </w:r>
      <w:proofErr w:type="spellStart"/>
      <w:r>
        <w:rPr>
          <w:b/>
        </w:rPr>
        <w:t>ерекшелігі</w:t>
      </w:r>
      <w:proofErr w:type="spellEnd"/>
    </w:p>
    <w:p w:rsidR="00E04427" w:rsidRDefault="0013438E" w:rsidP="0013438E">
      <w:pPr>
        <w:ind w:left="720"/>
      </w:pPr>
      <w:proofErr w:type="spellStart"/>
      <w:r>
        <w:t>Тапсырыс</w:t>
      </w:r>
      <w:proofErr w:type="spellEnd"/>
      <w:r>
        <w:t xml:space="preserve"> </w:t>
      </w:r>
      <w:proofErr w:type="spellStart"/>
      <w:r>
        <w:t>берушінің</w:t>
      </w:r>
      <w:proofErr w:type="spellEnd"/>
      <w:r>
        <w:t xml:space="preserve"> </w:t>
      </w:r>
      <w:proofErr w:type="spellStart"/>
      <w:r>
        <w:t>атауы</w:t>
      </w:r>
      <w:proofErr w:type="spellEnd"/>
      <w:r>
        <w:t>: «</w:t>
      </w:r>
      <w:proofErr w:type="spellStart"/>
      <w:r>
        <w:t>Қазтелерадио</w:t>
      </w:r>
      <w:proofErr w:type="spellEnd"/>
      <w:r>
        <w:t>» АҚ</w:t>
      </w:r>
    </w:p>
    <w:p w:rsidR="00E04427" w:rsidRDefault="0013438E" w:rsidP="0013438E">
      <w:pPr>
        <w:ind w:left="720"/>
      </w:pPr>
      <w:r>
        <w:t>Ұйымдастырушының атауы: «Қазтелерадио» АҚ</w:t>
      </w:r>
    </w:p>
    <w:p w:rsidR="00E04427" w:rsidRPr="0013438E" w:rsidRDefault="0013438E" w:rsidP="0013438E">
      <w:pPr>
        <w:ind w:left="720"/>
        <w:rPr>
          <w:lang w:val="ru-RU"/>
        </w:rPr>
      </w:pPr>
      <w:proofErr w:type="spellStart"/>
      <w:r w:rsidRPr="0013438E">
        <w:rPr>
          <w:lang w:val="ru-RU"/>
        </w:rPr>
        <w:t>Конкурстың</w:t>
      </w:r>
      <w:proofErr w:type="spellEnd"/>
      <w:r w:rsidRPr="0013438E">
        <w:rPr>
          <w:lang w:val="ru-RU"/>
        </w:rPr>
        <w:t xml:space="preserve"> № ____________________________</w:t>
      </w:r>
    </w:p>
    <w:p w:rsidR="00E04427" w:rsidRPr="0013438E" w:rsidRDefault="0013438E" w:rsidP="0013438E">
      <w:pPr>
        <w:ind w:left="720"/>
        <w:rPr>
          <w:lang w:val="ru-RU"/>
        </w:rPr>
      </w:pPr>
      <w:proofErr w:type="spellStart"/>
      <w:r w:rsidRPr="0013438E">
        <w:rPr>
          <w:lang w:val="ru-RU"/>
        </w:rPr>
        <w:t>Конкурстың</w:t>
      </w:r>
      <w:proofErr w:type="spellEnd"/>
      <w:r w:rsidRPr="0013438E">
        <w:rPr>
          <w:lang w:val="ru-RU"/>
        </w:rPr>
        <w:t xml:space="preserve"> </w:t>
      </w:r>
      <w:proofErr w:type="spellStart"/>
      <w:r w:rsidRPr="0013438E">
        <w:rPr>
          <w:lang w:val="ru-RU"/>
        </w:rPr>
        <w:t>атауы</w:t>
      </w:r>
      <w:proofErr w:type="spellEnd"/>
      <w:r w:rsidRPr="0013438E">
        <w:rPr>
          <w:lang w:val="ru-RU"/>
        </w:rPr>
        <w:t xml:space="preserve">: Этикетка </w:t>
      </w:r>
      <w:proofErr w:type="spellStart"/>
      <w:r w:rsidRPr="0013438E">
        <w:rPr>
          <w:lang w:val="ru-RU"/>
        </w:rPr>
        <w:t>принтері</w:t>
      </w:r>
      <w:proofErr w:type="spellEnd"/>
      <w:r w:rsidRPr="0013438E">
        <w:rPr>
          <w:lang w:val="ru-RU"/>
        </w:rPr>
        <w:t xml:space="preserve">, </w:t>
      </w:r>
      <w:proofErr w:type="spellStart"/>
      <w:r w:rsidRPr="0013438E">
        <w:rPr>
          <w:lang w:val="ru-RU"/>
        </w:rPr>
        <w:t>үстел</w:t>
      </w:r>
      <w:proofErr w:type="spellEnd"/>
      <w:r w:rsidRPr="0013438E">
        <w:rPr>
          <w:lang w:val="ru-RU"/>
        </w:rPr>
        <w:t xml:space="preserve"> </w:t>
      </w:r>
      <w:proofErr w:type="spellStart"/>
      <w:r w:rsidRPr="0013438E">
        <w:rPr>
          <w:lang w:val="ru-RU"/>
        </w:rPr>
        <w:t>ү</w:t>
      </w:r>
      <w:proofErr w:type="gramStart"/>
      <w:r w:rsidRPr="0013438E">
        <w:rPr>
          <w:lang w:val="ru-RU"/>
        </w:rPr>
        <w:t>ст</w:t>
      </w:r>
      <w:proofErr w:type="gramEnd"/>
      <w:r w:rsidRPr="0013438E">
        <w:rPr>
          <w:lang w:val="ru-RU"/>
        </w:rPr>
        <w:t>і</w:t>
      </w:r>
      <w:proofErr w:type="spellEnd"/>
      <w:r w:rsidRPr="0013438E">
        <w:rPr>
          <w:lang w:val="ru-RU"/>
        </w:rPr>
        <w:t xml:space="preserve">, </w:t>
      </w:r>
      <w:proofErr w:type="spellStart"/>
      <w:r w:rsidRPr="0013438E">
        <w:rPr>
          <w:lang w:val="ru-RU"/>
        </w:rPr>
        <w:t>термотрансферлік</w:t>
      </w:r>
      <w:proofErr w:type="spellEnd"/>
    </w:p>
    <w:p w:rsidR="00E04427" w:rsidRPr="0013438E" w:rsidRDefault="0013438E" w:rsidP="0013438E">
      <w:pPr>
        <w:ind w:left="720"/>
        <w:rPr>
          <w:lang w:val="ru-RU"/>
        </w:rPr>
      </w:pPr>
      <w:proofErr w:type="spellStart"/>
      <w:r w:rsidRPr="0013438E">
        <w:rPr>
          <w:lang w:val="ru-RU"/>
        </w:rPr>
        <w:t>Лоттың</w:t>
      </w:r>
      <w:proofErr w:type="spellEnd"/>
      <w:r w:rsidRPr="0013438E">
        <w:rPr>
          <w:lang w:val="ru-RU"/>
        </w:rPr>
        <w:t xml:space="preserve"> № ________________________________</w:t>
      </w:r>
    </w:p>
    <w:p w:rsidR="00E04427" w:rsidRPr="0013438E" w:rsidRDefault="0013438E" w:rsidP="0013438E">
      <w:pPr>
        <w:ind w:left="720"/>
        <w:rPr>
          <w:lang w:val="ru-RU"/>
        </w:rPr>
      </w:pPr>
      <w:proofErr w:type="spellStart"/>
      <w:r w:rsidRPr="0013438E">
        <w:rPr>
          <w:lang w:val="ru-RU"/>
        </w:rPr>
        <w:t>Лоттың</w:t>
      </w:r>
      <w:proofErr w:type="spellEnd"/>
      <w:r w:rsidRPr="0013438E">
        <w:rPr>
          <w:lang w:val="ru-RU"/>
        </w:rPr>
        <w:t xml:space="preserve"> </w:t>
      </w:r>
      <w:proofErr w:type="spellStart"/>
      <w:r w:rsidRPr="0013438E">
        <w:rPr>
          <w:lang w:val="ru-RU"/>
        </w:rPr>
        <w:t>атауы</w:t>
      </w:r>
      <w:proofErr w:type="spellEnd"/>
      <w:r w:rsidRPr="0013438E">
        <w:rPr>
          <w:lang w:val="ru-RU"/>
        </w:rPr>
        <w:t xml:space="preserve">: Этикетка </w:t>
      </w:r>
      <w:proofErr w:type="spellStart"/>
      <w:r w:rsidRPr="0013438E">
        <w:rPr>
          <w:lang w:val="ru-RU"/>
        </w:rPr>
        <w:t>принтері</w:t>
      </w:r>
      <w:proofErr w:type="spellEnd"/>
      <w:r w:rsidRPr="0013438E">
        <w:rPr>
          <w:lang w:val="ru-RU"/>
        </w:rPr>
        <w:t xml:space="preserve">, </w:t>
      </w:r>
      <w:proofErr w:type="spellStart"/>
      <w:r w:rsidRPr="0013438E">
        <w:rPr>
          <w:lang w:val="ru-RU"/>
        </w:rPr>
        <w:t>үстел</w:t>
      </w:r>
      <w:proofErr w:type="spellEnd"/>
      <w:r w:rsidRPr="0013438E">
        <w:rPr>
          <w:lang w:val="ru-RU"/>
        </w:rPr>
        <w:t xml:space="preserve"> </w:t>
      </w:r>
      <w:proofErr w:type="spellStart"/>
      <w:r w:rsidRPr="0013438E">
        <w:rPr>
          <w:lang w:val="ru-RU"/>
        </w:rPr>
        <w:t>ү</w:t>
      </w:r>
      <w:proofErr w:type="gramStart"/>
      <w:r w:rsidRPr="0013438E">
        <w:rPr>
          <w:lang w:val="ru-RU"/>
        </w:rPr>
        <w:t>ст</w:t>
      </w:r>
      <w:proofErr w:type="gramEnd"/>
      <w:r w:rsidRPr="0013438E">
        <w:rPr>
          <w:lang w:val="ru-RU"/>
        </w:rPr>
        <w:t>і</w:t>
      </w:r>
      <w:proofErr w:type="spellEnd"/>
      <w:r w:rsidRPr="0013438E">
        <w:rPr>
          <w:lang w:val="ru-RU"/>
        </w:rPr>
        <w:t xml:space="preserve">, </w:t>
      </w:r>
      <w:proofErr w:type="spellStart"/>
      <w:r w:rsidRPr="0013438E">
        <w:rPr>
          <w:lang w:val="ru-RU"/>
        </w:rPr>
        <w:t>термотрансферлік</w:t>
      </w:r>
      <w:proofErr w:type="spellEnd"/>
    </w:p>
    <w:p w:rsidR="00E04427" w:rsidRPr="0013438E" w:rsidRDefault="00E04427">
      <w:pPr>
        <w:rPr>
          <w:lang w:val="ru-RU"/>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69"/>
        <w:gridCol w:w="5102"/>
      </w:tblGrid>
      <w:tr w:rsidR="00E04427">
        <w:trPr>
          <w:jc w:val="center"/>
        </w:trPr>
        <w:tc>
          <w:tcPr>
            <w:tcW w:w="3969" w:type="dxa"/>
          </w:tcPr>
          <w:p w:rsidR="00E04427" w:rsidRPr="0013438E" w:rsidRDefault="0013438E">
            <w:pPr>
              <w:rPr>
                <w:lang w:val="ru-RU"/>
              </w:rPr>
            </w:pPr>
            <w:proofErr w:type="spellStart"/>
            <w:r w:rsidRPr="0013438E">
              <w:rPr>
                <w:lang w:val="ru-RU"/>
              </w:rPr>
              <w:t>Тауарлардың</w:t>
            </w:r>
            <w:proofErr w:type="spellEnd"/>
            <w:r w:rsidRPr="0013438E">
              <w:rPr>
                <w:lang w:val="ru-RU"/>
              </w:rPr>
              <w:t xml:space="preserve">, </w:t>
            </w:r>
            <w:proofErr w:type="spellStart"/>
            <w:r w:rsidRPr="0013438E">
              <w:rPr>
                <w:lang w:val="ru-RU"/>
              </w:rPr>
              <w:t>жұмыстардың</w:t>
            </w:r>
            <w:proofErr w:type="spellEnd"/>
            <w:r w:rsidRPr="0013438E">
              <w:rPr>
                <w:lang w:val="ru-RU"/>
              </w:rPr>
              <w:t xml:space="preserve">, </w:t>
            </w:r>
            <w:proofErr w:type="spellStart"/>
            <w:r w:rsidRPr="0013438E">
              <w:rPr>
                <w:lang w:val="ru-RU"/>
              </w:rPr>
              <w:t>көрсетілетін</w:t>
            </w:r>
            <w:proofErr w:type="spellEnd"/>
            <w:r w:rsidRPr="0013438E">
              <w:rPr>
                <w:lang w:val="ru-RU"/>
              </w:rPr>
              <w:t xml:space="preserve"> </w:t>
            </w:r>
            <w:proofErr w:type="spellStart"/>
            <w:r w:rsidRPr="0013438E">
              <w:rPr>
                <w:lang w:val="ru-RU"/>
              </w:rPr>
              <w:t>қызметтердің</w:t>
            </w:r>
            <w:proofErr w:type="spellEnd"/>
            <w:r w:rsidRPr="0013438E">
              <w:rPr>
                <w:lang w:val="ru-RU"/>
              </w:rPr>
              <w:t xml:space="preserve"> </w:t>
            </w:r>
            <w:proofErr w:type="spellStart"/>
            <w:r w:rsidRPr="0013438E">
              <w:rPr>
                <w:lang w:val="ru-RU"/>
              </w:rPr>
              <w:t>бірыңғ</w:t>
            </w:r>
            <w:proofErr w:type="gramStart"/>
            <w:r w:rsidRPr="0013438E">
              <w:rPr>
                <w:lang w:val="ru-RU"/>
              </w:rPr>
              <w:t>ай</w:t>
            </w:r>
            <w:proofErr w:type="spellEnd"/>
            <w:proofErr w:type="gramEnd"/>
            <w:r w:rsidRPr="0013438E">
              <w:rPr>
                <w:lang w:val="ru-RU"/>
              </w:rPr>
              <w:t xml:space="preserve"> </w:t>
            </w:r>
            <w:proofErr w:type="spellStart"/>
            <w:r w:rsidRPr="0013438E">
              <w:rPr>
                <w:lang w:val="ru-RU"/>
              </w:rPr>
              <w:t>номенклатуралық</w:t>
            </w:r>
            <w:proofErr w:type="spellEnd"/>
            <w:r w:rsidRPr="0013438E">
              <w:rPr>
                <w:lang w:val="ru-RU"/>
              </w:rPr>
              <w:t xml:space="preserve"> </w:t>
            </w:r>
            <w:proofErr w:type="spellStart"/>
            <w:r w:rsidRPr="0013438E">
              <w:rPr>
                <w:lang w:val="ru-RU"/>
              </w:rPr>
              <w:t>анықтамалығы</w:t>
            </w:r>
            <w:proofErr w:type="spellEnd"/>
            <w:r w:rsidRPr="0013438E">
              <w:rPr>
                <w:lang w:val="ru-RU"/>
              </w:rPr>
              <w:t xml:space="preserve"> </w:t>
            </w:r>
            <w:proofErr w:type="spellStart"/>
            <w:r w:rsidRPr="0013438E">
              <w:rPr>
                <w:lang w:val="ru-RU"/>
              </w:rPr>
              <w:t>кодының</w:t>
            </w:r>
            <w:proofErr w:type="spellEnd"/>
            <w:r w:rsidRPr="0013438E">
              <w:rPr>
                <w:lang w:val="ru-RU"/>
              </w:rPr>
              <w:t xml:space="preserve"> </w:t>
            </w:r>
            <w:proofErr w:type="spellStart"/>
            <w:r w:rsidRPr="0013438E">
              <w:rPr>
                <w:lang w:val="ru-RU"/>
              </w:rPr>
              <w:t>атауы</w:t>
            </w:r>
            <w:proofErr w:type="spellEnd"/>
            <w:r w:rsidRPr="0013438E">
              <w:rPr>
                <w:lang w:val="ru-RU"/>
              </w:rPr>
              <w:t>*</w:t>
            </w:r>
          </w:p>
        </w:tc>
        <w:tc>
          <w:tcPr>
            <w:tcW w:w="5102" w:type="dxa"/>
          </w:tcPr>
          <w:p w:rsidR="00E04427" w:rsidRDefault="0013438E">
            <w:r>
              <w:t>________________</w:t>
            </w:r>
          </w:p>
        </w:tc>
      </w:tr>
      <w:tr w:rsidR="00E04427" w:rsidRPr="002008FC">
        <w:trPr>
          <w:jc w:val="center"/>
        </w:trPr>
        <w:tc>
          <w:tcPr>
            <w:tcW w:w="3969" w:type="dxa"/>
          </w:tcPr>
          <w:p w:rsidR="00E04427" w:rsidRDefault="0013438E">
            <w:r>
              <w:t>Тауардың атауы*</w:t>
            </w:r>
          </w:p>
        </w:tc>
        <w:tc>
          <w:tcPr>
            <w:tcW w:w="5102" w:type="dxa"/>
          </w:tcPr>
          <w:p w:rsidR="00E04427" w:rsidRPr="0013438E" w:rsidRDefault="0013438E">
            <w:pPr>
              <w:rPr>
                <w:lang w:val="ru-RU"/>
              </w:rPr>
            </w:pPr>
            <w:r w:rsidRPr="0013438E">
              <w:rPr>
                <w:lang w:val="ru-RU"/>
              </w:rPr>
              <w:t xml:space="preserve">Этикетка </w:t>
            </w:r>
            <w:proofErr w:type="spellStart"/>
            <w:r w:rsidRPr="0013438E">
              <w:rPr>
                <w:lang w:val="ru-RU"/>
              </w:rPr>
              <w:t>принтері</w:t>
            </w:r>
            <w:proofErr w:type="spellEnd"/>
            <w:r w:rsidRPr="0013438E">
              <w:rPr>
                <w:lang w:val="ru-RU"/>
              </w:rPr>
              <w:t xml:space="preserve">, </w:t>
            </w:r>
            <w:proofErr w:type="spellStart"/>
            <w:r w:rsidRPr="0013438E">
              <w:rPr>
                <w:lang w:val="ru-RU"/>
              </w:rPr>
              <w:t>үстел</w:t>
            </w:r>
            <w:proofErr w:type="spellEnd"/>
            <w:r w:rsidRPr="0013438E">
              <w:rPr>
                <w:lang w:val="ru-RU"/>
              </w:rPr>
              <w:t xml:space="preserve"> </w:t>
            </w:r>
            <w:proofErr w:type="spellStart"/>
            <w:r w:rsidRPr="0013438E">
              <w:rPr>
                <w:lang w:val="ru-RU"/>
              </w:rPr>
              <w:t>ү</w:t>
            </w:r>
            <w:proofErr w:type="gramStart"/>
            <w:r w:rsidRPr="0013438E">
              <w:rPr>
                <w:lang w:val="ru-RU"/>
              </w:rPr>
              <w:t>ст</w:t>
            </w:r>
            <w:proofErr w:type="gramEnd"/>
            <w:r w:rsidRPr="0013438E">
              <w:rPr>
                <w:lang w:val="ru-RU"/>
              </w:rPr>
              <w:t>і</w:t>
            </w:r>
            <w:proofErr w:type="spellEnd"/>
            <w:r w:rsidRPr="0013438E">
              <w:rPr>
                <w:lang w:val="ru-RU"/>
              </w:rPr>
              <w:t xml:space="preserve">, </w:t>
            </w:r>
            <w:proofErr w:type="spellStart"/>
            <w:r w:rsidRPr="0013438E">
              <w:rPr>
                <w:lang w:val="ru-RU"/>
              </w:rPr>
              <w:t>термотрансферлік</w:t>
            </w:r>
            <w:proofErr w:type="spellEnd"/>
          </w:p>
        </w:tc>
      </w:tr>
      <w:tr w:rsidR="00E04427">
        <w:trPr>
          <w:jc w:val="center"/>
        </w:trPr>
        <w:tc>
          <w:tcPr>
            <w:tcW w:w="3969" w:type="dxa"/>
          </w:tcPr>
          <w:p w:rsidR="00E04427" w:rsidRDefault="0013438E">
            <w:proofErr w:type="spellStart"/>
            <w:r>
              <w:t>Өлшем</w:t>
            </w:r>
            <w:proofErr w:type="spellEnd"/>
            <w:r>
              <w:t xml:space="preserve"> </w:t>
            </w:r>
            <w:proofErr w:type="spellStart"/>
            <w:r>
              <w:t>бірлігі</w:t>
            </w:r>
            <w:proofErr w:type="spellEnd"/>
            <w:r>
              <w:t>*</w:t>
            </w:r>
          </w:p>
        </w:tc>
        <w:tc>
          <w:tcPr>
            <w:tcW w:w="5102" w:type="dxa"/>
          </w:tcPr>
          <w:p w:rsidR="00E04427" w:rsidRDefault="0013438E">
            <w:r>
              <w:t>Дана</w:t>
            </w:r>
          </w:p>
        </w:tc>
      </w:tr>
      <w:tr w:rsidR="00E04427">
        <w:trPr>
          <w:jc w:val="center"/>
        </w:trPr>
        <w:tc>
          <w:tcPr>
            <w:tcW w:w="3969" w:type="dxa"/>
          </w:tcPr>
          <w:p w:rsidR="00E04427" w:rsidRDefault="0013438E">
            <w:r>
              <w:t>Саны (көлемі)*</w:t>
            </w:r>
          </w:p>
        </w:tc>
        <w:tc>
          <w:tcPr>
            <w:tcW w:w="5102" w:type="dxa"/>
          </w:tcPr>
          <w:p w:rsidR="00E04427" w:rsidRDefault="0013438E">
            <w:r>
              <w:t>12</w:t>
            </w:r>
          </w:p>
        </w:tc>
      </w:tr>
      <w:tr w:rsidR="00E04427">
        <w:trPr>
          <w:jc w:val="center"/>
        </w:trPr>
        <w:tc>
          <w:tcPr>
            <w:tcW w:w="3969" w:type="dxa"/>
          </w:tcPr>
          <w:p w:rsidR="00E04427" w:rsidRDefault="0013438E">
            <w:r>
              <w:t>Бірлік бағасы, қосымша құн салығын қоспағанда*</w:t>
            </w:r>
          </w:p>
        </w:tc>
        <w:tc>
          <w:tcPr>
            <w:tcW w:w="5102" w:type="dxa"/>
          </w:tcPr>
          <w:p w:rsidR="00E04427" w:rsidRDefault="00E04427"/>
        </w:tc>
      </w:tr>
      <w:tr w:rsidR="00E04427">
        <w:trPr>
          <w:jc w:val="center"/>
        </w:trPr>
        <w:tc>
          <w:tcPr>
            <w:tcW w:w="3969" w:type="dxa"/>
          </w:tcPr>
          <w:p w:rsidR="00E04427" w:rsidRDefault="0013438E">
            <w:r>
              <w:t>Қосымша құн салығын қоспағанда, сатып алуға бөлінген жалпы сома*</w:t>
            </w:r>
          </w:p>
        </w:tc>
        <w:tc>
          <w:tcPr>
            <w:tcW w:w="5102" w:type="dxa"/>
          </w:tcPr>
          <w:p w:rsidR="00E04427" w:rsidRDefault="00E04427"/>
        </w:tc>
      </w:tr>
      <w:tr w:rsidR="00E04427" w:rsidRPr="002008FC">
        <w:trPr>
          <w:jc w:val="center"/>
        </w:trPr>
        <w:tc>
          <w:tcPr>
            <w:tcW w:w="3969" w:type="dxa"/>
          </w:tcPr>
          <w:p w:rsidR="00E04427" w:rsidRPr="0013438E" w:rsidRDefault="0013438E">
            <w:pPr>
              <w:rPr>
                <w:lang w:val="ru-RU"/>
              </w:rPr>
            </w:pPr>
            <w:proofErr w:type="spellStart"/>
            <w:r w:rsidRPr="0013438E">
              <w:rPr>
                <w:lang w:val="ru-RU"/>
              </w:rPr>
              <w:t>Жеткізу</w:t>
            </w:r>
            <w:proofErr w:type="spellEnd"/>
            <w:r w:rsidRPr="0013438E">
              <w:rPr>
                <w:lang w:val="ru-RU"/>
              </w:rPr>
              <w:t xml:space="preserve"> </w:t>
            </w:r>
            <w:proofErr w:type="spellStart"/>
            <w:r w:rsidRPr="0013438E">
              <w:rPr>
                <w:lang w:val="ru-RU"/>
              </w:rPr>
              <w:t>шарты</w:t>
            </w:r>
            <w:proofErr w:type="spellEnd"/>
            <w:r w:rsidRPr="0013438E">
              <w:rPr>
                <w:lang w:val="ru-RU"/>
              </w:rPr>
              <w:t xml:space="preserve"> (ИНКОТЕРМС 2010-ға </w:t>
            </w:r>
            <w:proofErr w:type="spellStart"/>
            <w:r w:rsidRPr="0013438E">
              <w:rPr>
                <w:lang w:val="ru-RU"/>
              </w:rPr>
              <w:t>сәйкес</w:t>
            </w:r>
            <w:proofErr w:type="spellEnd"/>
            <w:r w:rsidRPr="0013438E">
              <w:rPr>
                <w:lang w:val="ru-RU"/>
              </w:rPr>
              <w:t>)*</w:t>
            </w:r>
          </w:p>
        </w:tc>
        <w:tc>
          <w:tcPr>
            <w:tcW w:w="5102" w:type="dxa"/>
          </w:tcPr>
          <w:p w:rsidR="00E04427" w:rsidRPr="0013438E" w:rsidRDefault="0013438E">
            <w:pPr>
              <w:rPr>
                <w:lang w:val="ru-RU"/>
              </w:rPr>
            </w:pPr>
            <w:r>
              <w:t>DDP</w:t>
            </w:r>
            <w:r w:rsidRPr="0013438E">
              <w:rPr>
                <w:lang w:val="ru-RU"/>
              </w:rPr>
              <w:t xml:space="preserve"> — «</w:t>
            </w:r>
            <w:proofErr w:type="spellStart"/>
            <w:r w:rsidRPr="0013438E">
              <w:rPr>
                <w:lang w:val="ru-RU"/>
              </w:rPr>
              <w:t>Баж</w:t>
            </w:r>
            <w:proofErr w:type="spellEnd"/>
            <w:r w:rsidRPr="0013438E">
              <w:rPr>
                <w:lang w:val="ru-RU"/>
              </w:rPr>
              <w:t xml:space="preserve"> </w:t>
            </w:r>
            <w:proofErr w:type="spellStart"/>
            <w:r w:rsidRPr="0013438E">
              <w:rPr>
                <w:lang w:val="ru-RU"/>
              </w:rPr>
              <w:t>төленіп</w:t>
            </w:r>
            <w:proofErr w:type="spellEnd"/>
            <w:r w:rsidRPr="0013438E">
              <w:rPr>
                <w:lang w:val="ru-RU"/>
              </w:rPr>
              <w:t xml:space="preserve"> </w:t>
            </w:r>
            <w:proofErr w:type="spellStart"/>
            <w:r w:rsidRPr="0013438E">
              <w:rPr>
                <w:lang w:val="ru-RU"/>
              </w:rPr>
              <w:t>жеткізілді</w:t>
            </w:r>
            <w:proofErr w:type="spellEnd"/>
            <w:r w:rsidRPr="0013438E">
              <w:rPr>
                <w:lang w:val="ru-RU"/>
              </w:rPr>
              <w:t xml:space="preserve">», </w:t>
            </w:r>
            <w:proofErr w:type="spellStart"/>
            <w:r w:rsidRPr="0013438E">
              <w:rPr>
                <w:lang w:val="ru-RU"/>
              </w:rPr>
              <w:t>тапсырыс</w:t>
            </w:r>
            <w:proofErr w:type="spellEnd"/>
            <w:r w:rsidRPr="0013438E">
              <w:rPr>
                <w:lang w:val="ru-RU"/>
              </w:rPr>
              <w:t xml:space="preserve"> </w:t>
            </w:r>
            <w:proofErr w:type="spellStart"/>
            <w:r w:rsidRPr="0013438E">
              <w:rPr>
                <w:lang w:val="ru-RU"/>
              </w:rPr>
              <w:t>берушінің</w:t>
            </w:r>
            <w:proofErr w:type="spellEnd"/>
            <w:r w:rsidRPr="0013438E">
              <w:rPr>
                <w:lang w:val="ru-RU"/>
              </w:rPr>
              <w:t xml:space="preserve"> </w:t>
            </w:r>
            <w:proofErr w:type="spellStart"/>
            <w:r w:rsidRPr="0013438E">
              <w:rPr>
                <w:lang w:val="ru-RU"/>
              </w:rPr>
              <w:t>мекенжайы</w:t>
            </w:r>
            <w:proofErr w:type="spellEnd"/>
            <w:r w:rsidRPr="0013438E">
              <w:rPr>
                <w:lang w:val="ru-RU"/>
              </w:rPr>
              <w:t>: (</w:t>
            </w:r>
            <w:proofErr w:type="spellStart"/>
            <w:r w:rsidRPr="0013438E">
              <w:rPr>
                <w:lang w:val="ru-RU"/>
              </w:rPr>
              <w:t>нақты</w:t>
            </w:r>
            <w:proofErr w:type="spellEnd"/>
            <w:r w:rsidRPr="0013438E">
              <w:rPr>
                <w:lang w:val="ru-RU"/>
              </w:rPr>
              <w:t xml:space="preserve"> </w:t>
            </w:r>
            <w:proofErr w:type="spellStart"/>
            <w:r w:rsidRPr="0013438E">
              <w:rPr>
                <w:lang w:val="ru-RU"/>
              </w:rPr>
              <w:t>мекенжайды</w:t>
            </w:r>
            <w:proofErr w:type="spellEnd"/>
            <w:r w:rsidRPr="0013438E">
              <w:rPr>
                <w:lang w:val="ru-RU"/>
              </w:rPr>
              <w:t xml:space="preserve"> </w:t>
            </w:r>
            <w:proofErr w:type="spellStart"/>
            <w:r w:rsidRPr="0013438E">
              <w:rPr>
                <w:lang w:val="ru-RU"/>
              </w:rPr>
              <w:t>көрсету</w:t>
            </w:r>
            <w:proofErr w:type="spellEnd"/>
            <w:r w:rsidRPr="0013438E">
              <w:rPr>
                <w:lang w:val="ru-RU"/>
              </w:rPr>
              <w:t>)</w:t>
            </w:r>
          </w:p>
        </w:tc>
      </w:tr>
      <w:tr w:rsidR="00E04427">
        <w:trPr>
          <w:jc w:val="center"/>
        </w:trPr>
        <w:tc>
          <w:tcPr>
            <w:tcW w:w="3969" w:type="dxa"/>
          </w:tcPr>
          <w:p w:rsidR="00E04427" w:rsidRDefault="0013438E">
            <w:proofErr w:type="spellStart"/>
            <w:r>
              <w:t>Жеткізу</w:t>
            </w:r>
            <w:proofErr w:type="spellEnd"/>
            <w:r>
              <w:t xml:space="preserve"> </w:t>
            </w:r>
            <w:proofErr w:type="spellStart"/>
            <w:r>
              <w:t>мерзімі</w:t>
            </w:r>
            <w:proofErr w:type="spellEnd"/>
            <w:r>
              <w:t>*</w:t>
            </w:r>
          </w:p>
        </w:tc>
        <w:tc>
          <w:tcPr>
            <w:tcW w:w="5102" w:type="dxa"/>
          </w:tcPr>
          <w:p w:rsidR="00E04427" w:rsidRDefault="0013438E" w:rsidP="002008FC">
            <w:proofErr w:type="spellStart"/>
            <w:r>
              <w:t>Шарт</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күннен</w:t>
            </w:r>
            <w:proofErr w:type="spellEnd"/>
            <w:r>
              <w:t xml:space="preserve"> </w:t>
            </w:r>
            <w:proofErr w:type="spellStart"/>
            <w:r>
              <w:t>бастап</w:t>
            </w:r>
            <w:proofErr w:type="spellEnd"/>
            <w:r>
              <w:t xml:space="preserve"> </w:t>
            </w:r>
            <w:r w:rsidR="002008FC">
              <w:t>15</w:t>
            </w:r>
            <w:r>
              <w:t xml:space="preserve"> (</w:t>
            </w:r>
            <w:r w:rsidR="002008FC">
              <w:rPr>
                <w:lang w:val="ru-RU"/>
              </w:rPr>
              <w:t>он</w:t>
            </w:r>
            <w:r w:rsidR="002008FC" w:rsidRPr="002008FC">
              <w:t xml:space="preserve"> </w:t>
            </w:r>
            <w:r w:rsidR="002008FC">
              <w:rPr>
                <w:lang w:val="ru-RU"/>
              </w:rPr>
              <w:t>бес</w:t>
            </w:r>
            <w:r>
              <w:t xml:space="preserve">) </w:t>
            </w:r>
            <w:proofErr w:type="spellStart"/>
            <w:r>
              <w:t>күнтізбелік</w:t>
            </w:r>
            <w:proofErr w:type="spellEnd"/>
            <w:r>
              <w:t xml:space="preserve"> </w:t>
            </w:r>
            <w:proofErr w:type="spellStart"/>
            <w:r>
              <w:t>күн</w:t>
            </w:r>
            <w:proofErr w:type="spellEnd"/>
          </w:p>
        </w:tc>
      </w:tr>
      <w:tr w:rsidR="00E04427">
        <w:trPr>
          <w:jc w:val="center"/>
        </w:trPr>
        <w:tc>
          <w:tcPr>
            <w:tcW w:w="3969" w:type="dxa"/>
          </w:tcPr>
          <w:p w:rsidR="00E04427" w:rsidRDefault="0013438E">
            <w:r>
              <w:t>Аванстық төлем мөлшері*</w:t>
            </w:r>
          </w:p>
        </w:tc>
        <w:tc>
          <w:tcPr>
            <w:tcW w:w="5102" w:type="dxa"/>
          </w:tcPr>
          <w:p w:rsidR="00E04427" w:rsidRDefault="0013438E">
            <w:r>
              <w:t>0% (аванстық төлем қарастырылмаған)</w:t>
            </w:r>
          </w:p>
        </w:tc>
      </w:tr>
      <w:tr w:rsidR="00E04427">
        <w:trPr>
          <w:jc w:val="center"/>
        </w:trPr>
        <w:tc>
          <w:tcPr>
            <w:tcW w:w="3969" w:type="dxa"/>
          </w:tcPr>
          <w:p w:rsidR="00E04427" w:rsidRDefault="0013438E">
            <w:r>
              <w:t>Сатып алынатын тауарларға, ұлттық стандарттардың, ал олар болмаған жағдайда мемлекетаралық стандарттардың атауы. Ұлттық және мемлекетаралық стандарттар болмаған кезде, мемлекеттік сатып алуды нормалау ескеріле отырып, сатып алынатын тауарлардың, талап етілетін функционалдық, техникалық, сапалық және пайдаланушылық сипаттамалары көрсетіледі.</w:t>
            </w:r>
          </w:p>
        </w:tc>
        <w:tc>
          <w:tcPr>
            <w:tcW w:w="5102" w:type="dxa"/>
          </w:tcPr>
          <w:p w:rsidR="00E04427" w:rsidRDefault="00E04427"/>
        </w:tc>
      </w:tr>
      <w:tr w:rsidR="00E04427">
        <w:trPr>
          <w:jc w:val="center"/>
        </w:trPr>
        <w:tc>
          <w:tcPr>
            <w:tcW w:w="3969" w:type="dxa"/>
          </w:tcPr>
          <w:p w:rsidR="00E04427" w:rsidRDefault="0013438E">
            <w:r>
              <w:t>Шыққан жылы</w:t>
            </w:r>
          </w:p>
        </w:tc>
        <w:tc>
          <w:tcPr>
            <w:tcW w:w="5102" w:type="dxa"/>
          </w:tcPr>
          <w:p w:rsidR="00E04427" w:rsidRDefault="0013438E">
            <w:r>
              <w:t>2024 жылдан кешіктірілмей</w:t>
            </w:r>
          </w:p>
        </w:tc>
      </w:tr>
      <w:tr w:rsidR="00E04427">
        <w:trPr>
          <w:jc w:val="center"/>
        </w:trPr>
        <w:tc>
          <w:tcPr>
            <w:tcW w:w="3969" w:type="dxa"/>
          </w:tcPr>
          <w:p w:rsidR="00E04427" w:rsidRDefault="0013438E">
            <w:r>
              <w:lastRenderedPageBreak/>
              <w:t>Кепілдік мерзімі (аймен)</w:t>
            </w:r>
          </w:p>
        </w:tc>
        <w:tc>
          <w:tcPr>
            <w:tcW w:w="5102" w:type="dxa"/>
          </w:tcPr>
          <w:p w:rsidR="00E04427" w:rsidRDefault="0013438E">
            <w:r>
              <w:t>12 ай</w:t>
            </w:r>
          </w:p>
        </w:tc>
      </w:tr>
      <w:tr w:rsidR="00E04427">
        <w:trPr>
          <w:jc w:val="center"/>
        </w:trPr>
        <w:tc>
          <w:tcPr>
            <w:tcW w:w="5102" w:type="dxa"/>
            <w:gridSpan w:val="2"/>
          </w:tcPr>
          <w:p w:rsidR="00E04427" w:rsidRDefault="0013438E">
            <w:r>
              <w:rPr>
                <w:b/>
              </w:rPr>
              <w:t>Сатып алынатын тауарлардың талап етілетін функционалдық, техникалық, сапалық, пайдалану және басқа да сипаттамаларының сипатталуы</w:t>
            </w:r>
          </w:p>
        </w:tc>
      </w:tr>
      <w:tr w:rsidR="00E04427" w:rsidRPr="002008FC">
        <w:trPr>
          <w:jc w:val="center"/>
        </w:trPr>
        <w:tc>
          <w:tcPr>
            <w:tcW w:w="5102" w:type="dxa"/>
            <w:gridSpan w:val="2"/>
          </w:tcPr>
          <w:p w:rsidR="00E04427" w:rsidRDefault="00E04427">
            <w:pPr>
              <w:jc w:val="both"/>
            </w:pPr>
          </w:p>
          <w:p w:rsidR="00E04427" w:rsidRDefault="0013438E">
            <w:r>
              <w:rPr>
                <w:b/>
              </w:rPr>
              <w:t>Жалпы талаптар:</w:t>
            </w:r>
          </w:p>
          <w:p w:rsidR="00E04427" w:rsidRDefault="0013438E">
            <w:pPr>
              <w:jc w:val="both"/>
            </w:pPr>
            <w:r>
              <w:t>Жабдық өндіруші зауыттарда өндірілген және сыналған болуы тиіс. Ұсынылатын жабдық жаңа, пайдаланылмаған болуы тиіс. Барлық көрсетілген техникалық сипаттамаларға толық сәйкес келетін функционалдық аналог (балама) тауарды жеткізуге рұқсат етіледі.</w:t>
            </w:r>
          </w:p>
          <w:p w:rsidR="00E04427" w:rsidRDefault="00E04427"/>
          <w:p w:rsidR="00E04427" w:rsidRPr="0013438E" w:rsidRDefault="0013438E">
            <w:pPr>
              <w:rPr>
                <w:lang w:val="ru-RU"/>
              </w:rPr>
            </w:pPr>
            <w:r w:rsidRPr="0013438E">
              <w:rPr>
                <w:b/>
                <w:lang w:val="ru-RU"/>
              </w:rPr>
              <w:t xml:space="preserve">1-позиция. Этикетка </w:t>
            </w:r>
            <w:proofErr w:type="spellStart"/>
            <w:r w:rsidRPr="0013438E">
              <w:rPr>
                <w:b/>
                <w:lang w:val="ru-RU"/>
              </w:rPr>
              <w:t>принтері</w:t>
            </w:r>
            <w:proofErr w:type="spellEnd"/>
            <w:r w:rsidRPr="0013438E">
              <w:rPr>
                <w:b/>
                <w:lang w:val="ru-RU"/>
              </w:rPr>
              <w:t xml:space="preserve">, </w:t>
            </w:r>
            <w:proofErr w:type="spellStart"/>
            <w:r w:rsidRPr="0013438E">
              <w:rPr>
                <w:b/>
                <w:lang w:val="ru-RU"/>
              </w:rPr>
              <w:t>үстел</w:t>
            </w:r>
            <w:proofErr w:type="spellEnd"/>
            <w:r w:rsidRPr="0013438E">
              <w:rPr>
                <w:b/>
                <w:lang w:val="ru-RU"/>
              </w:rPr>
              <w:t xml:space="preserve"> </w:t>
            </w:r>
            <w:proofErr w:type="spellStart"/>
            <w:r w:rsidRPr="0013438E">
              <w:rPr>
                <w:b/>
                <w:lang w:val="ru-RU"/>
              </w:rPr>
              <w:t>ү</w:t>
            </w:r>
            <w:proofErr w:type="gramStart"/>
            <w:r w:rsidRPr="0013438E">
              <w:rPr>
                <w:b/>
                <w:lang w:val="ru-RU"/>
              </w:rPr>
              <w:t>ст</w:t>
            </w:r>
            <w:proofErr w:type="gramEnd"/>
            <w:r w:rsidRPr="0013438E">
              <w:rPr>
                <w:b/>
                <w:lang w:val="ru-RU"/>
              </w:rPr>
              <w:t>і</w:t>
            </w:r>
            <w:proofErr w:type="spellEnd"/>
            <w:r w:rsidRPr="0013438E">
              <w:rPr>
                <w:b/>
                <w:lang w:val="ru-RU"/>
              </w:rPr>
              <w:t xml:space="preserve">, </w:t>
            </w:r>
            <w:proofErr w:type="spellStart"/>
            <w:r w:rsidRPr="0013438E">
              <w:rPr>
                <w:b/>
                <w:lang w:val="ru-RU"/>
              </w:rPr>
              <w:t>термотрансферлік</w:t>
            </w:r>
            <w:proofErr w:type="spellEnd"/>
            <w:r w:rsidRPr="0013438E">
              <w:rPr>
                <w:b/>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Басып</w:t>
            </w:r>
            <w:proofErr w:type="spellEnd"/>
            <w:r w:rsidRPr="0013438E">
              <w:rPr>
                <w:lang w:val="ru-RU"/>
              </w:rPr>
              <w:t xml:space="preserve"> </w:t>
            </w:r>
            <w:proofErr w:type="spellStart"/>
            <w:r w:rsidRPr="0013438E">
              <w:rPr>
                <w:lang w:val="ru-RU"/>
              </w:rPr>
              <w:t>шығару</w:t>
            </w:r>
            <w:proofErr w:type="spellEnd"/>
            <w:r w:rsidRPr="0013438E">
              <w:rPr>
                <w:lang w:val="ru-RU"/>
              </w:rPr>
              <w:t xml:space="preserve"> </w:t>
            </w:r>
            <w:proofErr w:type="spellStart"/>
            <w:r w:rsidRPr="0013438E">
              <w:rPr>
                <w:lang w:val="ru-RU"/>
              </w:rPr>
              <w:t>технологиясы</w:t>
            </w:r>
            <w:proofErr w:type="spellEnd"/>
            <w:r w:rsidRPr="0013438E">
              <w:rPr>
                <w:lang w:val="ru-RU"/>
              </w:rPr>
              <w:t xml:space="preserve">: </w:t>
            </w:r>
            <w:proofErr w:type="spellStart"/>
            <w:r w:rsidRPr="0013438E">
              <w:rPr>
                <w:lang w:val="ru-RU"/>
              </w:rPr>
              <w:t>термотрансферлі</w:t>
            </w:r>
            <w:proofErr w:type="gramStart"/>
            <w:r w:rsidRPr="0013438E">
              <w:rPr>
                <w:lang w:val="ru-RU"/>
              </w:rPr>
              <w:t>к</w:t>
            </w:r>
            <w:proofErr w:type="spellEnd"/>
            <w:r w:rsidRPr="0013438E">
              <w:rPr>
                <w:lang w:val="ru-RU"/>
              </w:rPr>
              <w:t xml:space="preserve"> </w:t>
            </w:r>
            <w:proofErr w:type="spellStart"/>
            <w:r w:rsidRPr="0013438E">
              <w:rPr>
                <w:lang w:val="ru-RU"/>
              </w:rPr>
              <w:t>ж</w:t>
            </w:r>
            <w:proofErr w:type="gramEnd"/>
            <w:r w:rsidRPr="0013438E">
              <w:rPr>
                <w:lang w:val="ru-RU"/>
              </w:rPr>
              <w:t>әне</w:t>
            </w:r>
            <w:proofErr w:type="spellEnd"/>
            <w:r w:rsidRPr="0013438E">
              <w:rPr>
                <w:lang w:val="ru-RU"/>
              </w:rPr>
              <w:t xml:space="preserve"> </w:t>
            </w:r>
            <w:proofErr w:type="spellStart"/>
            <w:r w:rsidRPr="0013438E">
              <w:rPr>
                <w:lang w:val="ru-RU"/>
              </w:rPr>
              <w:t>тікелей</w:t>
            </w:r>
            <w:proofErr w:type="spellEnd"/>
            <w:r w:rsidRPr="0013438E">
              <w:rPr>
                <w:lang w:val="ru-RU"/>
              </w:rPr>
              <w:t xml:space="preserve"> </w:t>
            </w:r>
            <w:proofErr w:type="spellStart"/>
            <w:r w:rsidRPr="0013438E">
              <w:rPr>
                <w:lang w:val="ru-RU"/>
              </w:rPr>
              <w:t>термобасып</w:t>
            </w:r>
            <w:proofErr w:type="spellEnd"/>
            <w:r w:rsidRPr="0013438E">
              <w:rPr>
                <w:lang w:val="ru-RU"/>
              </w:rPr>
              <w:t xml:space="preserve"> </w:t>
            </w:r>
            <w:proofErr w:type="spellStart"/>
            <w:r w:rsidRPr="0013438E">
              <w:rPr>
                <w:lang w:val="ru-RU"/>
              </w:rPr>
              <w:t>шығару</w:t>
            </w:r>
            <w:proofErr w:type="spellEnd"/>
            <w:r w:rsidRPr="0013438E">
              <w:rPr>
                <w:lang w:val="ru-RU"/>
              </w:rPr>
              <w:t xml:space="preserve"> (</w:t>
            </w:r>
            <w:proofErr w:type="spellStart"/>
            <w:r w:rsidRPr="0013438E">
              <w:rPr>
                <w:lang w:val="ru-RU"/>
              </w:rPr>
              <w:t>екі</w:t>
            </w:r>
            <w:proofErr w:type="spellEnd"/>
            <w:r w:rsidRPr="0013438E">
              <w:rPr>
                <w:lang w:val="ru-RU"/>
              </w:rPr>
              <w:t xml:space="preserve"> </w:t>
            </w:r>
            <w:proofErr w:type="spellStart"/>
            <w:r w:rsidRPr="0013438E">
              <w:rPr>
                <w:lang w:val="ru-RU"/>
              </w:rPr>
              <w:t>режимді</w:t>
            </w:r>
            <w:proofErr w:type="spellEnd"/>
            <w:r w:rsidRPr="0013438E">
              <w:rPr>
                <w:lang w:val="ru-RU"/>
              </w:rPr>
              <w:t xml:space="preserve"> де </w:t>
            </w:r>
            <w:proofErr w:type="spellStart"/>
            <w:r w:rsidRPr="0013438E">
              <w:rPr>
                <w:lang w:val="ru-RU"/>
              </w:rPr>
              <w:t>қолдау</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Басып</w:t>
            </w:r>
            <w:proofErr w:type="spellEnd"/>
            <w:r w:rsidRPr="0013438E">
              <w:rPr>
                <w:lang w:val="ru-RU"/>
              </w:rPr>
              <w:t xml:space="preserve"> </w:t>
            </w:r>
            <w:proofErr w:type="spellStart"/>
            <w:r w:rsidRPr="0013438E">
              <w:rPr>
                <w:lang w:val="ru-RU"/>
              </w:rPr>
              <w:t>шығару</w:t>
            </w:r>
            <w:proofErr w:type="spellEnd"/>
            <w:r w:rsidRPr="0013438E">
              <w:rPr>
                <w:lang w:val="ru-RU"/>
              </w:rPr>
              <w:t xml:space="preserve"> </w:t>
            </w:r>
            <w:proofErr w:type="spellStart"/>
            <w:r w:rsidRPr="0013438E">
              <w:rPr>
                <w:lang w:val="ru-RU"/>
              </w:rPr>
              <w:t>ажыратымдылығы</w:t>
            </w:r>
            <w:proofErr w:type="spellEnd"/>
            <w:r w:rsidRPr="0013438E">
              <w:rPr>
                <w:lang w:val="ru-RU"/>
              </w:rPr>
              <w:t xml:space="preserve">: </w:t>
            </w:r>
            <w:proofErr w:type="spellStart"/>
            <w:r w:rsidRPr="0013438E">
              <w:rPr>
                <w:lang w:val="ru-RU"/>
              </w:rPr>
              <w:t>кемінде</w:t>
            </w:r>
            <w:proofErr w:type="spellEnd"/>
            <w:r w:rsidRPr="0013438E">
              <w:rPr>
                <w:lang w:val="ru-RU"/>
              </w:rPr>
              <w:t xml:space="preserve"> 203 </w:t>
            </w:r>
            <w:r>
              <w:t>dpi</w:t>
            </w:r>
            <w:r w:rsidRPr="0013438E">
              <w:rPr>
                <w:lang w:val="ru-RU"/>
              </w:rPr>
              <w:t xml:space="preserve"> (8 </w:t>
            </w:r>
            <w:proofErr w:type="spellStart"/>
            <w:r w:rsidRPr="0013438E">
              <w:rPr>
                <w:lang w:val="ru-RU"/>
              </w:rPr>
              <w:t>нүкте</w:t>
            </w:r>
            <w:proofErr w:type="spellEnd"/>
            <w:r w:rsidRPr="0013438E">
              <w:rPr>
                <w:lang w:val="ru-RU"/>
              </w:rPr>
              <w:t>/мм);</w:t>
            </w:r>
          </w:p>
          <w:p w:rsidR="00E04427" w:rsidRPr="0013438E" w:rsidRDefault="0013438E">
            <w:pPr>
              <w:jc w:val="both"/>
              <w:rPr>
                <w:lang w:val="ru-RU"/>
              </w:rPr>
            </w:pPr>
            <w:r w:rsidRPr="0013438E">
              <w:rPr>
                <w:lang w:val="ru-RU"/>
              </w:rPr>
              <w:t xml:space="preserve">- </w:t>
            </w:r>
            <w:proofErr w:type="spellStart"/>
            <w:r w:rsidRPr="0013438E">
              <w:rPr>
                <w:lang w:val="ru-RU"/>
              </w:rPr>
              <w:t>Басып</w:t>
            </w:r>
            <w:proofErr w:type="spellEnd"/>
            <w:r w:rsidRPr="0013438E">
              <w:rPr>
                <w:lang w:val="ru-RU"/>
              </w:rPr>
              <w:t xml:space="preserve"> </w:t>
            </w:r>
            <w:proofErr w:type="spellStart"/>
            <w:r w:rsidRPr="0013438E">
              <w:rPr>
                <w:lang w:val="ru-RU"/>
              </w:rPr>
              <w:t>шығарудың</w:t>
            </w:r>
            <w:proofErr w:type="spellEnd"/>
            <w:r w:rsidRPr="0013438E">
              <w:rPr>
                <w:lang w:val="ru-RU"/>
              </w:rPr>
              <w:t xml:space="preserve"> </w:t>
            </w:r>
            <w:proofErr w:type="spellStart"/>
            <w:r w:rsidRPr="0013438E">
              <w:rPr>
                <w:lang w:val="ru-RU"/>
              </w:rPr>
              <w:t>ең</w:t>
            </w:r>
            <w:proofErr w:type="spellEnd"/>
            <w:r w:rsidRPr="0013438E">
              <w:rPr>
                <w:lang w:val="ru-RU"/>
              </w:rPr>
              <w:t xml:space="preserve"> </w:t>
            </w:r>
            <w:proofErr w:type="spellStart"/>
            <w:r w:rsidRPr="0013438E">
              <w:rPr>
                <w:lang w:val="ru-RU"/>
              </w:rPr>
              <w:t>жоғары</w:t>
            </w:r>
            <w:proofErr w:type="spellEnd"/>
            <w:r w:rsidRPr="0013438E">
              <w:rPr>
                <w:lang w:val="ru-RU"/>
              </w:rPr>
              <w:t xml:space="preserve"> </w:t>
            </w:r>
            <w:proofErr w:type="spellStart"/>
            <w:r w:rsidRPr="0013438E">
              <w:rPr>
                <w:lang w:val="ru-RU"/>
              </w:rPr>
              <w:t>жылдамдығы</w:t>
            </w:r>
            <w:proofErr w:type="spellEnd"/>
            <w:r w:rsidRPr="0013438E">
              <w:rPr>
                <w:lang w:val="ru-RU"/>
              </w:rPr>
              <w:t xml:space="preserve">: </w:t>
            </w:r>
            <w:proofErr w:type="spellStart"/>
            <w:r w:rsidRPr="0013438E">
              <w:rPr>
                <w:lang w:val="ru-RU"/>
              </w:rPr>
              <w:t>кемінде</w:t>
            </w:r>
            <w:proofErr w:type="spellEnd"/>
            <w:r w:rsidRPr="0013438E">
              <w:rPr>
                <w:lang w:val="ru-RU"/>
              </w:rPr>
              <w:t xml:space="preserve"> 127 мм/с (5 дюйм/с);</w:t>
            </w:r>
          </w:p>
          <w:p w:rsidR="00E04427" w:rsidRPr="0013438E" w:rsidRDefault="0013438E">
            <w:pPr>
              <w:jc w:val="both"/>
              <w:rPr>
                <w:lang w:val="ru-RU"/>
              </w:rPr>
            </w:pPr>
            <w:r w:rsidRPr="0013438E">
              <w:rPr>
                <w:lang w:val="ru-RU"/>
              </w:rPr>
              <w:t xml:space="preserve">- </w:t>
            </w:r>
            <w:proofErr w:type="spellStart"/>
            <w:r w:rsidRPr="0013438E">
              <w:rPr>
                <w:lang w:val="ru-RU"/>
              </w:rPr>
              <w:t>Басып</w:t>
            </w:r>
            <w:proofErr w:type="spellEnd"/>
            <w:r w:rsidRPr="0013438E">
              <w:rPr>
                <w:lang w:val="ru-RU"/>
              </w:rPr>
              <w:t xml:space="preserve"> </w:t>
            </w:r>
            <w:proofErr w:type="spellStart"/>
            <w:r w:rsidRPr="0013438E">
              <w:rPr>
                <w:lang w:val="ru-RU"/>
              </w:rPr>
              <w:t>шығарудың</w:t>
            </w:r>
            <w:proofErr w:type="spellEnd"/>
            <w:r w:rsidRPr="0013438E">
              <w:rPr>
                <w:lang w:val="ru-RU"/>
              </w:rPr>
              <w:t xml:space="preserve"> </w:t>
            </w:r>
            <w:proofErr w:type="spellStart"/>
            <w:r w:rsidRPr="0013438E">
              <w:rPr>
                <w:lang w:val="ru-RU"/>
              </w:rPr>
              <w:t>ең</w:t>
            </w:r>
            <w:proofErr w:type="spellEnd"/>
            <w:r w:rsidRPr="0013438E">
              <w:rPr>
                <w:lang w:val="ru-RU"/>
              </w:rPr>
              <w:t xml:space="preserve"> </w:t>
            </w:r>
            <w:proofErr w:type="spellStart"/>
            <w:r w:rsidRPr="0013438E">
              <w:rPr>
                <w:lang w:val="ru-RU"/>
              </w:rPr>
              <w:t>үлкен</w:t>
            </w:r>
            <w:proofErr w:type="spellEnd"/>
            <w:r w:rsidRPr="0013438E">
              <w:rPr>
                <w:lang w:val="ru-RU"/>
              </w:rPr>
              <w:t xml:space="preserve"> </w:t>
            </w:r>
            <w:proofErr w:type="spellStart"/>
            <w:r w:rsidRPr="0013438E">
              <w:rPr>
                <w:lang w:val="ru-RU"/>
              </w:rPr>
              <w:t>ені</w:t>
            </w:r>
            <w:proofErr w:type="spellEnd"/>
            <w:r w:rsidRPr="0013438E">
              <w:rPr>
                <w:lang w:val="ru-RU"/>
              </w:rPr>
              <w:t xml:space="preserve">: </w:t>
            </w:r>
            <w:proofErr w:type="spellStart"/>
            <w:r w:rsidRPr="0013438E">
              <w:rPr>
                <w:lang w:val="ru-RU"/>
              </w:rPr>
              <w:t>кемінде</w:t>
            </w:r>
            <w:proofErr w:type="spellEnd"/>
            <w:r w:rsidRPr="0013438E">
              <w:rPr>
                <w:lang w:val="ru-RU"/>
              </w:rPr>
              <w:t xml:space="preserve"> 104 мм;</w:t>
            </w:r>
          </w:p>
          <w:p w:rsidR="00E04427" w:rsidRPr="0013438E" w:rsidRDefault="0013438E">
            <w:pPr>
              <w:jc w:val="both"/>
              <w:rPr>
                <w:lang w:val="ru-RU"/>
              </w:rPr>
            </w:pPr>
            <w:r w:rsidRPr="0013438E">
              <w:rPr>
                <w:lang w:val="ru-RU"/>
              </w:rPr>
              <w:t xml:space="preserve">- </w:t>
            </w:r>
            <w:proofErr w:type="spellStart"/>
            <w:r w:rsidRPr="0013438E">
              <w:rPr>
                <w:lang w:val="ru-RU"/>
              </w:rPr>
              <w:t>Тасығыштың</w:t>
            </w:r>
            <w:proofErr w:type="spellEnd"/>
            <w:r w:rsidRPr="0013438E">
              <w:rPr>
                <w:lang w:val="ru-RU"/>
              </w:rPr>
              <w:t xml:space="preserve"> </w:t>
            </w:r>
            <w:proofErr w:type="spellStart"/>
            <w:r w:rsidRPr="0013438E">
              <w:rPr>
                <w:lang w:val="ru-RU"/>
              </w:rPr>
              <w:t>ені</w:t>
            </w:r>
            <w:proofErr w:type="spellEnd"/>
            <w:r w:rsidRPr="0013438E">
              <w:rPr>
                <w:lang w:val="ru-RU"/>
              </w:rPr>
              <w:t>: 25 мм-</w:t>
            </w:r>
            <w:proofErr w:type="spellStart"/>
            <w:r w:rsidRPr="0013438E">
              <w:rPr>
                <w:lang w:val="ru-RU"/>
              </w:rPr>
              <w:t>ден</w:t>
            </w:r>
            <w:proofErr w:type="spellEnd"/>
            <w:r w:rsidRPr="0013438E">
              <w:rPr>
                <w:lang w:val="ru-RU"/>
              </w:rPr>
              <w:t xml:space="preserve"> </w:t>
            </w:r>
            <w:proofErr w:type="spellStart"/>
            <w:r w:rsidRPr="0013438E">
              <w:rPr>
                <w:lang w:val="ru-RU"/>
              </w:rPr>
              <w:t>бастап</w:t>
            </w:r>
            <w:proofErr w:type="spellEnd"/>
            <w:r w:rsidRPr="0013438E">
              <w:rPr>
                <w:lang w:val="ru-RU"/>
              </w:rPr>
              <w:t xml:space="preserve"> </w:t>
            </w:r>
            <w:proofErr w:type="spellStart"/>
            <w:r w:rsidRPr="0013438E">
              <w:rPr>
                <w:lang w:val="ru-RU"/>
              </w:rPr>
              <w:t>кемінде</w:t>
            </w:r>
            <w:proofErr w:type="spellEnd"/>
            <w:r w:rsidRPr="0013438E">
              <w:rPr>
                <w:lang w:val="ru-RU"/>
              </w:rPr>
              <w:t xml:space="preserve"> 110 мм-</w:t>
            </w:r>
            <w:proofErr w:type="spellStart"/>
            <w:r w:rsidRPr="0013438E">
              <w:rPr>
                <w:lang w:val="ru-RU"/>
              </w:rPr>
              <w:t>ге</w:t>
            </w:r>
            <w:proofErr w:type="spellEnd"/>
            <w:r w:rsidRPr="0013438E">
              <w:rPr>
                <w:lang w:val="ru-RU"/>
              </w:rPr>
              <w:t xml:space="preserve"> </w:t>
            </w:r>
            <w:proofErr w:type="spellStart"/>
            <w:r w:rsidRPr="0013438E">
              <w:rPr>
                <w:lang w:val="ru-RU"/>
              </w:rPr>
              <w:t>дейін</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Тасығыш</w:t>
            </w:r>
            <w:proofErr w:type="spellEnd"/>
            <w:r w:rsidRPr="0013438E">
              <w:rPr>
                <w:lang w:val="ru-RU"/>
              </w:rPr>
              <w:t xml:space="preserve"> </w:t>
            </w:r>
            <w:proofErr w:type="spellStart"/>
            <w:r w:rsidRPr="0013438E">
              <w:rPr>
                <w:lang w:val="ru-RU"/>
              </w:rPr>
              <w:t>түрлері</w:t>
            </w:r>
            <w:proofErr w:type="spellEnd"/>
            <w:r w:rsidRPr="0013438E">
              <w:rPr>
                <w:lang w:val="ru-RU"/>
              </w:rPr>
              <w:t xml:space="preserve">: </w:t>
            </w:r>
            <w:proofErr w:type="spellStart"/>
            <w:r w:rsidRPr="0013438E">
              <w:rPr>
                <w:lang w:val="ru-RU"/>
              </w:rPr>
              <w:t>үздіксіз</w:t>
            </w:r>
            <w:proofErr w:type="spellEnd"/>
            <w:r w:rsidRPr="0013438E">
              <w:rPr>
                <w:lang w:val="ru-RU"/>
              </w:rPr>
              <w:t xml:space="preserve"> </w:t>
            </w:r>
            <w:proofErr w:type="spellStart"/>
            <w:r w:rsidRPr="0013438E">
              <w:rPr>
                <w:lang w:val="ru-RU"/>
              </w:rPr>
              <w:t>және</w:t>
            </w:r>
            <w:proofErr w:type="spellEnd"/>
            <w:r w:rsidRPr="0013438E">
              <w:rPr>
                <w:lang w:val="ru-RU"/>
              </w:rPr>
              <w:t xml:space="preserve"> </w:t>
            </w:r>
            <w:proofErr w:type="spellStart"/>
            <w:r w:rsidRPr="0013438E">
              <w:rPr>
                <w:lang w:val="ru-RU"/>
              </w:rPr>
              <w:t>кесілген</w:t>
            </w:r>
            <w:proofErr w:type="spellEnd"/>
            <w:r w:rsidRPr="0013438E">
              <w:rPr>
                <w:lang w:val="ru-RU"/>
              </w:rPr>
              <w:t xml:space="preserve"> (</w:t>
            </w:r>
            <w:proofErr w:type="spellStart"/>
            <w:r w:rsidRPr="0013438E">
              <w:rPr>
                <w:lang w:val="ru-RU"/>
              </w:rPr>
              <w:t>саңылаулы</w:t>
            </w:r>
            <w:proofErr w:type="spellEnd"/>
            <w:r w:rsidRPr="0013438E">
              <w:rPr>
                <w:lang w:val="ru-RU"/>
              </w:rPr>
              <w:t xml:space="preserve">) этикетка </w:t>
            </w:r>
            <w:proofErr w:type="spellStart"/>
            <w:r w:rsidRPr="0013438E">
              <w:rPr>
                <w:lang w:val="ru-RU"/>
              </w:rPr>
              <w:t>таспасы</w:t>
            </w:r>
            <w:proofErr w:type="spellEnd"/>
            <w:r w:rsidRPr="0013438E">
              <w:rPr>
                <w:lang w:val="ru-RU"/>
              </w:rPr>
              <w:t xml:space="preserve">, </w:t>
            </w:r>
            <w:proofErr w:type="spellStart"/>
            <w:r w:rsidRPr="0013438E">
              <w:rPr>
                <w:lang w:val="ru-RU"/>
              </w:rPr>
              <w:t>қара</w:t>
            </w:r>
            <w:proofErr w:type="spellEnd"/>
            <w:r w:rsidRPr="0013438E">
              <w:rPr>
                <w:lang w:val="ru-RU"/>
              </w:rPr>
              <w:t xml:space="preserve"> </w:t>
            </w:r>
            <w:proofErr w:type="spellStart"/>
            <w:r w:rsidRPr="0013438E">
              <w:rPr>
                <w:lang w:val="ru-RU"/>
              </w:rPr>
              <w:t>белгісі</w:t>
            </w:r>
            <w:proofErr w:type="spellEnd"/>
            <w:r w:rsidRPr="0013438E">
              <w:rPr>
                <w:lang w:val="ru-RU"/>
              </w:rPr>
              <w:t xml:space="preserve"> бар </w:t>
            </w:r>
            <w:proofErr w:type="spellStart"/>
            <w:r w:rsidRPr="0013438E">
              <w:rPr>
                <w:lang w:val="ru-RU"/>
              </w:rPr>
              <w:t>тасығыш</w:t>
            </w:r>
            <w:proofErr w:type="spellEnd"/>
            <w:r w:rsidRPr="0013438E">
              <w:rPr>
                <w:lang w:val="ru-RU"/>
              </w:rPr>
              <w:t xml:space="preserve">, </w:t>
            </w:r>
            <w:proofErr w:type="spellStart"/>
            <w:r w:rsidRPr="0013438E">
              <w:rPr>
                <w:lang w:val="ru-RU"/>
              </w:rPr>
              <w:t>ойығы</w:t>
            </w:r>
            <w:proofErr w:type="spellEnd"/>
            <w:r w:rsidRPr="0013438E">
              <w:rPr>
                <w:lang w:val="ru-RU"/>
              </w:rPr>
              <w:t xml:space="preserve"> бар </w:t>
            </w:r>
            <w:proofErr w:type="spellStart"/>
            <w:r w:rsidRPr="0013438E">
              <w:rPr>
                <w:lang w:val="ru-RU"/>
              </w:rPr>
              <w:t>тасығыш</w:t>
            </w:r>
            <w:proofErr w:type="spellEnd"/>
            <w:r w:rsidRPr="0013438E">
              <w:rPr>
                <w:lang w:val="ru-RU"/>
              </w:rPr>
              <w:t xml:space="preserve">, </w:t>
            </w:r>
            <w:proofErr w:type="spellStart"/>
            <w:r w:rsidRPr="0013438E">
              <w:rPr>
                <w:lang w:val="ru-RU"/>
              </w:rPr>
              <w:t>бүктелген</w:t>
            </w:r>
            <w:proofErr w:type="spellEnd"/>
            <w:r w:rsidRPr="0013438E">
              <w:rPr>
                <w:lang w:val="ru-RU"/>
              </w:rPr>
              <w:t xml:space="preserve"> (</w:t>
            </w:r>
            <w:r>
              <w:t>fan</w:t>
            </w:r>
            <w:r w:rsidRPr="0013438E">
              <w:rPr>
                <w:lang w:val="ru-RU"/>
              </w:rPr>
              <w:t>-</w:t>
            </w:r>
            <w:r>
              <w:t>fold</w:t>
            </w:r>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Тасығыш</w:t>
            </w:r>
            <w:proofErr w:type="spellEnd"/>
            <w:r w:rsidRPr="0013438E">
              <w:rPr>
                <w:lang w:val="ru-RU"/>
              </w:rPr>
              <w:t xml:space="preserve"> </w:t>
            </w:r>
            <w:proofErr w:type="spellStart"/>
            <w:r w:rsidRPr="0013438E">
              <w:rPr>
                <w:lang w:val="ru-RU"/>
              </w:rPr>
              <w:t>орамының</w:t>
            </w:r>
            <w:proofErr w:type="spellEnd"/>
            <w:r w:rsidRPr="0013438E">
              <w:rPr>
                <w:lang w:val="ru-RU"/>
              </w:rPr>
              <w:t xml:space="preserve"> </w:t>
            </w:r>
            <w:proofErr w:type="spellStart"/>
            <w:r w:rsidRPr="0013438E">
              <w:rPr>
                <w:lang w:val="ru-RU"/>
              </w:rPr>
              <w:t>ең</w:t>
            </w:r>
            <w:proofErr w:type="spellEnd"/>
            <w:r w:rsidRPr="0013438E">
              <w:rPr>
                <w:lang w:val="ru-RU"/>
              </w:rPr>
              <w:t xml:space="preserve"> </w:t>
            </w:r>
            <w:proofErr w:type="spellStart"/>
            <w:r w:rsidRPr="0013438E">
              <w:rPr>
                <w:lang w:val="ru-RU"/>
              </w:rPr>
              <w:t>үлкен</w:t>
            </w:r>
            <w:proofErr w:type="spellEnd"/>
            <w:r w:rsidRPr="0013438E">
              <w:rPr>
                <w:lang w:val="ru-RU"/>
              </w:rPr>
              <w:t xml:space="preserve"> </w:t>
            </w:r>
            <w:proofErr w:type="spellStart"/>
            <w:r w:rsidRPr="0013438E">
              <w:rPr>
                <w:lang w:val="ru-RU"/>
              </w:rPr>
              <w:t>сыртқы</w:t>
            </w:r>
            <w:proofErr w:type="spellEnd"/>
            <w:r w:rsidRPr="0013438E">
              <w:rPr>
                <w:lang w:val="ru-RU"/>
              </w:rPr>
              <w:t xml:space="preserve"> </w:t>
            </w:r>
            <w:proofErr w:type="spellStart"/>
            <w:r w:rsidRPr="0013438E">
              <w:rPr>
                <w:lang w:val="ru-RU"/>
              </w:rPr>
              <w:t>диаметрі</w:t>
            </w:r>
            <w:proofErr w:type="spellEnd"/>
            <w:r w:rsidRPr="0013438E">
              <w:rPr>
                <w:lang w:val="ru-RU"/>
              </w:rPr>
              <w:t xml:space="preserve">: </w:t>
            </w:r>
            <w:proofErr w:type="spellStart"/>
            <w:r w:rsidRPr="0013438E">
              <w:rPr>
                <w:lang w:val="ru-RU"/>
              </w:rPr>
              <w:t>кемінде</w:t>
            </w:r>
            <w:proofErr w:type="spellEnd"/>
            <w:r w:rsidRPr="0013438E">
              <w:rPr>
                <w:lang w:val="ru-RU"/>
              </w:rPr>
              <w:t xml:space="preserve"> 127 мм; </w:t>
            </w:r>
            <w:proofErr w:type="spellStart"/>
            <w:r w:rsidRPr="0013438E">
              <w:rPr>
                <w:lang w:val="ru-RU"/>
              </w:rPr>
              <w:t>қолдау</w:t>
            </w:r>
            <w:proofErr w:type="spellEnd"/>
            <w:r w:rsidRPr="0013438E">
              <w:rPr>
                <w:lang w:val="ru-RU"/>
              </w:rPr>
              <w:t xml:space="preserve"> </w:t>
            </w:r>
            <w:proofErr w:type="spellStart"/>
            <w:r w:rsidRPr="0013438E">
              <w:rPr>
                <w:lang w:val="ru-RU"/>
              </w:rPr>
              <w:t>көрсетілетін</w:t>
            </w:r>
            <w:proofErr w:type="spellEnd"/>
            <w:r w:rsidRPr="0013438E">
              <w:rPr>
                <w:lang w:val="ru-RU"/>
              </w:rPr>
              <w:t xml:space="preserve"> </w:t>
            </w:r>
            <w:proofErr w:type="spellStart"/>
            <w:r w:rsidRPr="0013438E">
              <w:rPr>
                <w:lang w:val="ru-RU"/>
              </w:rPr>
              <w:t>өзектер</w:t>
            </w:r>
            <w:proofErr w:type="spellEnd"/>
            <w:r w:rsidRPr="0013438E">
              <w:rPr>
                <w:lang w:val="ru-RU"/>
              </w:rPr>
              <w:t xml:space="preserve">: 25,4 </w:t>
            </w:r>
            <w:proofErr w:type="gramStart"/>
            <w:r w:rsidRPr="0013438E">
              <w:rPr>
                <w:lang w:val="ru-RU"/>
              </w:rPr>
              <w:t xml:space="preserve">мм </w:t>
            </w:r>
            <w:proofErr w:type="spellStart"/>
            <w:r w:rsidRPr="0013438E">
              <w:rPr>
                <w:lang w:val="ru-RU"/>
              </w:rPr>
              <w:t>ж</w:t>
            </w:r>
            <w:proofErr w:type="gramEnd"/>
            <w:r w:rsidRPr="0013438E">
              <w:rPr>
                <w:lang w:val="ru-RU"/>
              </w:rPr>
              <w:t>әне</w:t>
            </w:r>
            <w:proofErr w:type="spellEnd"/>
            <w:r w:rsidRPr="0013438E">
              <w:rPr>
                <w:lang w:val="ru-RU"/>
              </w:rPr>
              <w:t xml:space="preserve"> 38,1 мм;</w:t>
            </w:r>
          </w:p>
          <w:p w:rsidR="00E04427" w:rsidRPr="0013438E" w:rsidRDefault="0013438E">
            <w:pPr>
              <w:jc w:val="both"/>
              <w:rPr>
                <w:lang w:val="ru-RU"/>
              </w:rPr>
            </w:pPr>
            <w:r w:rsidRPr="0013438E">
              <w:rPr>
                <w:lang w:val="ru-RU"/>
              </w:rPr>
              <w:t xml:space="preserve">- </w:t>
            </w:r>
            <w:proofErr w:type="spellStart"/>
            <w:r w:rsidRPr="0013438E">
              <w:rPr>
                <w:lang w:val="ru-RU"/>
              </w:rPr>
              <w:t>Этикетканың</w:t>
            </w:r>
            <w:proofErr w:type="spellEnd"/>
            <w:r w:rsidRPr="0013438E">
              <w:rPr>
                <w:lang w:val="ru-RU"/>
              </w:rPr>
              <w:t xml:space="preserve"> </w:t>
            </w:r>
            <w:proofErr w:type="spellStart"/>
            <w:r w:rsidRPr="0013438E">
              <w:rPr>
                <w:lang w:val="ru-RU"/>
              </w:rPr>
              <w:t>ең</w:t>
            </w:r>
            <w:proofErr w:type="spellEnd"/>
            <w:r w:rsidRPr="0013438E">
              <w:rPr>
                <w:lang w:val="ru-RU"/>
              </w:rPr>
              <w:t xml:space="preserve"> аз </w:t>
            </w:r>
            <w:proofErr w:type="spellStart"/>
            <w:r w:rsidRPr="0013438E">
              <w:rPr>
                <w:lang w:val="ru-RU"/>
              </w:rPr>
              <w:t>ұзындығы</w:t>
            </w:r>
            <w:proofErr w:type="spellEnd"/>
            <w:r w:rsidRPr="0013438E">
              <w:rPr>
                <w:lang w:val="ru-RU"/>
              </w:rPr>
              <w:t>: 10 мм-</w:t>
            </w:r>
            <w:proofErr w:type="spellStart"/>
            <w:r w:rsidRPr="0013438E">
              <w:rPr>
                <w:lang w:val="ru-RU"/>
              </w:rPr>
              <w:t>ден</w:t>
            </w:r>
            <w:proofErr w:type="spellEnd"/>
            <w:r w:rsidRPr="0013438E">
              <w:rPr>
                <w:lang w:val="ru-RU"/>
              </w:rPr>
              <w:t xml:space="preserve"> </w:t>
            </w:r>
            <w:proofErr w:type="spellStart"/>
            <w:r w:rsidRPr="0013438E">
              <w:rPr>
                <w:lang w:val="ru-RU"/>
              </w:rPr>
              <w:t>артық</w:t>
            </w:r>
            <w:proofErr w:type="spellEnd"/>
            <w:r w:rsidRPr="0013438E">
              <w:rPr>
                <w:lang w:val="ru-RU"/>
              </w:rPr>
              <w:t xml:space="preserve"> </w:t>
            </w:r>
            <w:proofErr w:type="spellStart"/>
            <w:r w:rsidRPr="0013438E">
              <w:rPr>
                <w:lang w:val="ru-RU"/>
              </w:rPr>
              <w:t>емес</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Бояғыш</w:t>
            </w:r>
            <w:proofErr w:type="spellEnd"/>
            <w:r w:rsidRPr="0013438E">
              <w:rPr>
                <w:lang w:val="ru-RU"/>
              </w:rPr>
              <w:t xml:space="preserve"> </w:t>
            </w:r>
            <w:proofErr w:type="spellStart"/>
            <w:r w:rsidRPr="0013438E">
              <w:rPr>
                <w:lang w:val="ru-RU"/>
              </w:rPr>
              <w:t>таспа</w:t>
            </w:r>
            <w:proofErr w:type="spellEnd"/>
            <w:r w:rsidRPr="0013438E">
              <w:rPr>
                <w:lang w:val="ru-RU"/>
              </w:rPr>
              <w:t xml:space="preserve"> (</w:t>
            </w:r>
            <w:proofErr w:type="spellStart"/>
            <w:r w:rsidRPr="0013438E">
              <w:rPr>
                <w:lang w:val="ru-RU"/>
              </w:rPr>
              <w:t>риббон</w:t>
            </w:r>
            <w:proofErr w:type="spellEnd"/>
            <w:r w:rsidRPr="0013438E">
              <w:rPr>
                <w:lang w:val="ru-RU"/>
              </w:rPr>
              <w:t xml:space="preserve">): </w:t>
            </w:r>
            <w:proofErr w:type="spellStart"/>
            <w:r w:rsidRPr="0013438E">
              <w:rPr>
                <w:lang w:val="ru-RU"/>
              </w:rPr>
              <w:t>бояғыш</w:t>
            </w:r>
            <w:proofErr w:type="spellEnd"/>
            <w:r w:rsidRPr="0013438E">
              <w:rPr>
                <w:lang w:val="ru-RU"/>
              </w:rPr>
              <w:t xml:space="preserve"> </w:t>
            </w:r>
            <w:proofErr w:type="spellStart"/>
            <w:r w:rsidRPr="0013438E">
              <w:rPr>
                <w:lang w:val="ru-RU"/>
              </w:rPr>
              <w:t>қабаты</w:t>
            </w:r>
            <w:proofErr w:type="spellEnd"/>
            <w:r w:rsidRPr="0013438E">
              <w:rPr>
                <w:lang w:val="ru-RU"/>
              </w:rPr>
              <w:t xml:space="preserve"> </w:t>
            </w:r>
            <w:proofErr w:type="spellStart"/>
            <w:proofErr w:type="gramStart"/>
            <w:r w:rsidRPr="0013438E">
              <w:rPr>
                <w:lang w:val="ru-RU"/>
              </w:rPr>
              <w:t>сырт</w:t>
            </w:r>
            <w:proofErr w:type="gramEnd"/>
            <w:r w:rsidRPr="0013438E">
              <w:rPr>
                <w:lang w:val="ru-RU"/>
              </w:rPr>
              <w:t>қа</w:t>
            </w:r>
            <w:proofErr w:type="spellEnd"/>
            <w:r w:rsidRPr="0013438E">
              <w:rPr>
                <w:lang w:val="ru-RU"/>
              </w:rPr>
              <w:t xml:space="preserve"> </w:t>
            </w:r>
            <w:proofErr w:type="spellStart"/>
            <w:r w:rsidRPr="0013438E">
              <w:rPr>
                <w:lang w:val="ru-RU"/>
              </w:rPr>
              <w:t>қарай</w:t>
            </w:r>
            <w:proofErr w:type="spellEnd"/>
            <w:r w:rsidRPr="0013438E">
              <w:rPr>
                <w:lang w:val="ru-RU"/>
              </w:rPr>
              <w:t xml:space="preserve"> </w:t>
            </w:r>
            <w:proofErr w:type="spellStart"/>
            <w:r w:rsidRPr="0013438E">
              <w:rPr>
                <w:lang w:val="ru-RU"/>
              </w:rPr>
              <w:t>оралған</w:t>
            </w:r>
            <w:proofErr w:type="spellEnd"/>
            <w:r w:rsidRPr="0013438E">
              <w:rPr>
                <w:lang w:val="ru-RU"/>
              </w:rPr>
              <w:t xml:space="preserve">; </w:t>
            </w:r>
            <w:proofErr w:type="spellStart"/>
            <w:r w:rsidRPr="0013438E">
              <w:rPr>
                <w:lang w:val="ru-RU"/>
              </w:rPr>
              <w:t>өзектері</w:t>
            </w:r>
            <w:proofErr w:type="spellEnd"/>
            <w:r w:rsidRPr="0013438E">
              <w:rPr>
                <w:lang w:val="ru-RU"/>
              </w:rPr>
              <w:t xml:space="preserve"> 12,7 мм (0,5") </w:t>
            </w:r>
            <w:proofErr w:type="spellStart"/>
            <w:r w:rsidRPr="0013438E">
              <w:rPr>
                <w:lang w:val="ru-RU"/>
              </w:rPr>
              <w:t>және</w:t>
            </w:r>
            <w:proofErr w:type="spellEnd"/>
            <w:r w:rsidRPr="0013438E">
              <w:rPr>
                <w:lang w:val="ru-RU"/>
              </w:rPr>
              <w:t xml:space="preserve"> 25,4 мм (1"); </w:t>
            </w:r>
            <w:proofErr w:type="spellStart"/>
            <w:r w:rsidRPr="0013438E">
              <w:rPr>
                <w:lang w:val="ru-RU"/>
              </w:rPr>
              <w:t>ені</w:t>
            </w:r>
            <w:proofErr w:type="spellEnd"/>
            <w:r w:rsidRPr="0013438E">
              <w:rPr>
                <w:lang w:val="ru-RU"/>
              </w:rPr>
              <w:t xml:space="preserve"> 25 мм-</w:t>
            </w:r>
            <w:proofErr w:type="spellStart"/>
            <w:r w:rsidRPr="0013438E">
              <w:rPr>
                <w:lang w:val="ru-RU"/>
              </w:rPr>
              <w:t>ден</w:t>
            </w:r>
            <w:proofErr w:type="spellEnd"/>
            <w:r w:rsidRPr="0013438E">
              <w:rPr>
                <w:lang w:val="ru-RU"/>
              </w:rPr>
              <w:t xml:space="preserve"> </w:t>
            </w:r>
            <w:proofErr w:type="spellStart"/>
            <w:r w:rsidRPr="0013438E">
              <w:rPr>
                <w:lang w:val="ru-RU"/>
              </w:rPr>
              <w:t>бастап</w:t>
            </w:r>
            <w:proofErr w:type="spellEnd"/>
            <w:r w:rsidRPr="0013438E">
              <w:rPr>
                <w:lang w:val="ru-RU"/>
              </w:rPr>
              <w:t xml:space="preserve"> </w:t>
            </w:r>
            <w:proofErr w:type="spellStart"/>
            <w:r w:rsidRPr="0013438E">
              <w:rPr>
                <w:lang w:val="ru-RU"/>
              </w:rPr>
              <w:t>кемінде</w:t>
            </w:r>
            <w:proofErr w:type="spellEnd"/>
            <w:r w:rsidRPr="0013438E">
              <w:rPr>
                <w:lang w:val="ru-RU"/>
              </w:rPr>
              <w:t xml:space="preserve"> 110 мм-</w:t>
            </w:r>
            <w:proofErr w:type="spellStart"/>
            <w:r w:rsidRPr="0013438E">
              <w:rPr>
                <w:lang w:val="ru-RU"/>
              </w:rPr>
              <w:t>ге</w:t>
            </w:r>
            <w:proofErr w:type="spellEnd"/>
            <w:r w:rsidRPr="0013438E">
              <w:rPr>
                <w:lang w:val="ru-RU"/>
              </w:rPr>
              <w:t xml:space="preserve"> </w:t>
            </w:r>
            <w:proofErr w:type="spellStart"/>
            <w:r w:rsidRPr="0013438E">
              <w:rPr>
                <w:lang w:val="ru-RU"/>
              </w:rPr>
              <w:t>дейін</w:t>
            </w:r>
            <w:proofErr w:type="spellEnd"/>
            <w:r w:rsidRPr="0013438E">
              <w:rPr>
                <w:lang w:val="ru-RU"/>
              </w:rPr>
              <w:t xml:space="preserve">; </w:t>
            </w:r>
            <w:proofErr w:type="spellStart"/>
            <w:r w:rsidRPr="0013438E">
              <w:rPr>
                <w:lang w:val="ru-RU"/>
              </w:rPr>
              <w:t>ұзындығы</w:t>
            </w:r>
            <w:proofErr w:type="spellEnd"/>
            <w:r w:rsidRPr="0013438E">
              <w:rPr>
                <w:lang w:val="ru-RU"/>
              </w:rPr>
              <w:t xml:space="preserve"> 25,4 мм </w:t>
            </w:r>
            <w:proofErr w:type="spellStart"/>
            <w:r w:rsidRPr="0013438E">
              <w:rPr>
                <w:lang w:val="ru-RU"/>
              </w:rPr>
              <w:t>өзекте</w:t>
            </w:r>
            <w:proofErr w:type="spellEnd"/>
            <w:r w:rsidRPr="0013438E">
              <w:rPr>
                <w:lang w:val="ru-RU"/>
              </w:rPr>
              <w:t xml:space="preserve"> </w:t>
            </w:r>
            <w:proofErr w:type="spellStart"/>
            <w:r w:rsidRPr="0013438E">
              <w:rPr>
                <w:lang w:val="ru-RU"/>
              </w:rPr>
              <w:t>кемінде</w:t>
            </w:r>
            <w:proofErr w:type="spellEnd"/>
            <w:r w:rsidRPr="0013438E">
              <w:rPr>
                <w:lang w:val="ru-RU"/>
              </w:rPr>
              <w:t xml:space="preserve"> 300 м;</w:t>
            </w:r>
          </w:p>
          <w:p w:rsidR="00E04427" w:rsidRPr="0013438E" w:rsidRDefault="0013438E">
            <w:pPr>
              <w:jc w:val="both"/>
              <w:rPr>
                <w:lang w:val="ru-RU"/>
              </w:rPr>
            </w:pPr>
            <w:r w:rsidRPr="0013438E">
              <w:rPr>
                <w:lang w:val="ru-RU"/>
              </w:rPr>
              <w:t xml:space="preserve">- </w:t>
            </w:r>
            <w:proofErr w:type="spellStart"/>
            <w:r w:rsidRPr="0013438E">
              <w:rPr>
                <w:lang w:val="ru-RU"/>
              </w:rPr>
              <w:t>Жад</w:t>
            </w:r>
            <w:proofErr w:type="spellEnd"/>
            <w:r w:rsidRPr="0013438E">
              <w:rPr>
                <w:lang w:val="ru-RU"/>
              </w:rPr>
              <w:t xml:space="preserve">: </w:t>
            </w:r>
            <w:proofErr w:type="spellStart"/>
            <w:r w:rsidRPr="0013438E">
              <w:rPr>
                <w:lang w:val="ru-RU"/>
              </w:rPr>
              <w:t>кемінде</w:t>
            </w:r>
            <w:proofErr w:type="spellEnd"/>
            <w:r w:rsidRPr="0013438E">
              <w:rPr>
                <w:lang w:val="ru-RU"/>
              </w:rPr>
              <w:t xml:space="preserve"> 128 МБ </w:t>
            </w:r>
            <w:r>
              <w:t>Flash</w:t>
            </w:r>
            <w:r w:rsidRPr="0013438E">
              <w:rPr>
                <w:lang w:val="ru-RU"/>
              </w:rPr>
              <w:t xml:space="preserve"> </w:t>
            </w:r>
            <w:proofErr w:type="spellStart"/>
            <w:r w:rsidRPr="0013438E">
              <w:rPr>
                <w:lang w:val="ru-RU"/>
              </w:rPr>
              <w:t>және</w:t>
            </w:r>
            <w:proofErr w:type="spellEnd"/>
            <w:r w:rsidRPr="0013438E">
              <w:rPr>
                <w:lang w:val="ru-RU"/>
              </w:rPr>
              <w:t xml:space="preserve"> </w:t>
            </w:r>
            <w:proofErr w:type="spellStart"/>
            <w:r w:rsidRPr="0013438E">
              <w:rPr>
                <w:lang w:val="ru-RU"/>
              </w:rPr>
              <w:t>кемінде</w:t>
            </w:r>
            <w:proofErr w:type="spellEnd"/>
            <w:r w:rsidRPr="0013438E">
              <w:rPr>
                <w:lang w:val="ru-RU"/>
              </w:rPr>
              <w:t xml:space="preserve"> 128 МБ </w:t>
            </w:r>
            <w:r>
              <w:t>SDRAM</w:t>
            </w:r>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Базалық</w:t>
            </w:r>
            <w:proofErr w:type="spellEnd"/>
            <w:r w:rsidRPr="0013438E">
              <w:rPr>
                <w:lang w:val="ru-RU"/>
              </w:rPr>
              <w:t xml:space="preserve"> </w:t>
            </w:r>
            <w:proofErr w:type="spellStart"/>
            <w:r w:rsidRPr="0013438E">
              <w:rPr>
                <w:lang w:val="ru-RU"/>
              </w:rPr>
              <w:t>жиынтықтағы</w:t>
            </w:r>
            <w:proofErr w:type="spellEnd"/>
            <w:r w:rsidRPr="0013438E">
              <w:rPr>
                <w:lang w:val="ru-RU"/>
              </w:rPr>
              <w:t xml:space="preserve"> </w:t>
            </w:r>
            <w:proofErr w:type="spellStart"/>
            <w:r w:rsidRPr="0013438E">
              <w:rPr>
                <w:lang w:val="ru-RU"/>
              </w:rPr>
              <w:t>интерфейстер</w:t>
            </w:r>
            <w:proofErr w:type="spellEnd"/>
            <w:r w:rsidRPr="0013438E">
              <w:rPr>
                <w:lang w:val="ru-RU"/>
              </w:rPr>
              <w:t xml:space="preserve">: </w:t>
            </w:r>
            <w:r>
              <w:t>USB</w:t>
            </w:r>
            <w:r w:rsidRPr="0013438E">
              <w:rPr>
                <w:lang w:val="ru-RU"/>
              </w:rPr>
              <w:t xml:space="preserve"> (</w:t>
            </w:r>
            <w:r>
              <w:t>device</w:t>
            </w:r>
            <w:r w:rsidRPr="0013438E">
              <w:rPr>
                <w:lang w:val="ru-RU"/>
              </w:rPr>
              <w:t xml:space="preserve">), </w:t>
            </w:r>
            <w:r>
              <w:t>USB</w:t>
            </w:r>
            <w:r w:rsidRPr="0013438E">
              <w:rPr>
                <w:lang w:val="ru-RU"/>
              </w:rPr>
              <w:t xml:space="preserve"> </w:t>
            </w:r>
            <w:r>
              <w:t>Host</w:t>
            </w:r>
            <w:r w:rsidRPr="0013438E">
              <w:rPr>
                <w:lang w:val="ru-RU"/>
              </w:rPr>
              <w:t xml:space="preserve">, </w:t>
            </w:r>
            <w:proofErr w:type="spellStart"/>
            <w:r w:rsidRPr="0013438E">
              <w:rPr>
                <w:lang w:val="ru-RU"/>
              </w:rPr>
              <w:t>кіріктірілген</w:t>
            </w:r>
            <w:proofErr w:type="spellEnd"/>
            <w:r w:rsidRPr="0013438E">
              <w:rPr>
                <w:lang w:val="ru-RU"/>
              </w:rPr>
              <w:t xml:space="preserve"> </w:t>
            </w:r>
            <w:r>
              <w:t>Ethernet</w:t>
            </w:r>
            <w:r w:rsidRPr="0013438E">
              <w:rPr>
                <w:lang w:val="ru-RU"/>
              </w:rPr>
              <w:t xml:space="preserve"> 10/100;</w:t>
            </w:r>
          </w:p>
          <w:p w:rsidR="00E04427" w:rsidRPr="0013438E" w:rsidRDefault="0013438E">
            <w:pPr>
              <w:jc w:val="both"/>
              <w:rPr>
                <w:lang w:val="ru-RU"/>
              </w:rPr>
            </w:pPr>
            <w:r w:rsidRPr="0013438E">
              <w:rPr>
                <w:lang w:val="ru-RU"/>
              </w:rPr>
              <w:t xml:space="preserve">- </w:t>
            </w:r>
            <w:proofErr w:type="spellStart"/>
            <w:r w:rsidRPr="0013438E">
              <w:rPr>
                <w:lang w:val="ru-RU"/>
              </w:rPr>
              <w:t>Желілік</w:t>
            </w:r>
            <w:proofErr w:type="spellEnd"/>
            <w:r w:rsidRPr="0013438E">
              <w:rPr>
                <w:lang w:val="ru-RU"/>
              </w:rPr>
              <w:t xml:space="preserve"> </w:t>
            </w:r>
            <w:proofErr w:type="spellStart"/>
            <w:r w:rsidRPr="0013438E">
              <w:rPr>
                <w:lang w:val="ru-RU"/>
              </w:rPr>
              <w:t>хаттамалар</w:t>
            </w:r>
            <w:proofErr w:type="spellEnd"/>
            <w:r w:rsidRPr="0013438E">
              <w:rPr>
                <w:lang w:val="ru-RU"/>
              </w:rPr>
              <w:t xml:space="preserve">: </w:t>
            </w:r>
            <w:r>
              <w:t>TCP</w:t>
            </w:r>
            <w:r w:rsidRPr="0013438E">
              <w:rPr>
                <w:lang w:val="ru-RU"/>
              </w:rPr>
              <w:t>/</w:t>
            </w:r>
            <w:r>
              <w:t>IP</w:t>
            </w:r>
            <w:r w:rsidRPr="0013438E">
              <w:rPr>
                <w:lang w:val="ru-RU"/>
              </w:rPr>
              <w:t xml:space="preserve"> (</w:t>
            </w:r>
            <w:proofErr w:type="spellStart"/>
            <w:r>
              <w:t>IPv</w:t>
            </w:r>
            <w:proofErr w:type="spellEnd"/>
            <w:r w:rsidRPr="0013438E">
              <w:rPr>
                <w:lang w:val="ru-RU"/>
              </w:rPr>
              <w:t xml:space="preserve">4 </w:t>
            </w:r>
            <w:proofErr w:type="spellStart"/>
            <w:r w:rsidRPr="0013438E">
              <w:rPr>
                <w:lang w:val="ru-RU"/>
              </w:rPr>
              <w:t>және</w:t>
            </w:r>
            <w:proofErr w:type="spellEnd"/>
            <w:r w:rsidRPr="0013438E">
              <w:rPr>
                <w:lang w:val="ru-RU"/>
              </w:rPr>
              <w:t xml:space="preserve"> </w:t>
            </w:r>
            <w:proofErr w:type="spellStart"/>
            <w:r>
              <w:t>IPv</w:t>
            </w:r>
            <w:proofErr w:type="spellEnd"/>
            <w:r w:rsidRPr="0013438E">
              <w:rPr>
                <w:lang w:val="ru-RU"/>
              </w:rPr>
              <w:t xml:space="preserve">6), </w:t>
            </w:r>
            <w:r>
              <w:t>DHCP</w:t>
            </w:r>
            <w:r w:rsidRPr="0013438E">
              <w:rPr>
                <w:lang w:val="ru-RU"/>
              </w:rPr>
              <w:t xml:space="preserve">, </w:t>
            </w:r>
            <w:r>
              <w:t>HTTP</w:t>
            </w:r>
            <w:r w:rsidRPr="0013438E">
              <w:rPr>
                <w:lang w:val="ru-RU"/>
              </w:rPr>
              <w:t>/</w:t>
            </w:r>
            <w:r>
              <w:t>HTTPS</w:t>
            </w:r>
            <w:r w:rsidRPr="0013438E">
              <w:rPr>
                <w:lang w:val="ru-RU"/>
              </w:rPr>
              <w:t xml:space="preserve">, </w:t>
            </w:r>
            <w:r>
              <w:t>LPR</w:t>
            </w:r>
            <w:r w:rsidRPr="0013438E">
              <w:rPr>
                <w:lang w:val="ru-RU"/>
              </w:rPr>
              <w:t>/</w:t>
            </w:r>
            <w:r>
              <w:t>LPD</w:t>
            </w:r>
            <w:r w:rsidRPr="0013438E">
              <w:rPr>
                <w:lang w:val="ru-RU"/>
              </w:rPr>
              <w:t xml:space="preserve">, </w:t>
            </w:r>
            <w:r>
              <w:t>FTP</w:t>
            </w:r>
            <w:r w:rsidRPr="0013438E">
              <w:rPr>
                <w:lang w:val="ru-RU"/>
              </w:rPr>
              <w:t>/</w:t>
            </w:r>
            <w:r>
              <w:t>SFTP</w:t>
            </w:r>
            <w:r w:rsidRPr="0013438E">
              <w:rPr>
                <w:lang w:val="ru-RU"/>
              </w:rPr>
              <w:t xml:space="preserve">, </w:t>
            </w:r>
            <w:r>
              <w:t>Telnet</w:t>
            </w:r>
            <w:r w:rsidRPr="0013438E">
              <w:rPr>
                <w:lang w:val="ru-RU"/>
              </w:rPr>
              <w:t>/</w:t>
            </w:r>
            <w:r>
              <w:t>SSH</w:t>
            </w:r>
            <w:r w:rsidRPr="0013438E">
              <w:rPr>
                <w:lang w:val="ru-RU"/>
              </w:rPr>
              <w:t xml:space="preserve">, </w:t>
            </w:r>
            <w:r>
              <w:t>SMTP</w:t>
            </w:r>
            <w:r w:rsidRPr="0013438E">
              <w:rPr>
                <w:lang w:val="ru-RU"/>
              </w:rPr>
              <w:t>;</w:t>
            </w:r>
          </w:p>
          <w:p w:rsidR="00E04427" w:rsidRPr="0013438E" w:rsidRDefault="0013438E">
            <w:pPr>
              <w:jc w:val="both"/>
              <w:rPr>
                <w:lang w:val="ru-RU"/>
              </w:rPr>
            </w:pPr>
            <w:r w:rsidRPr="0013438E">
              <w:rPr>
                <w:lang w:val="ru-RU"/>
              </w:rPr>
              <w:t xml:space="preserve">- Принтер </w:t>
            </w:r>
            <w:proofErr w:type="spellStart"/>
            <w:r w:rsidRPr="0013438E">
              <w:rPr>
                <w:lang w:val="ru-RU"/>
              </w:rPr>
              <w:t>өндірушісінің</w:t>
            </w:r>
            <w:proofErr w:type="spellEnd"/>
            <w:r w:rsidRPr="0013438E">
              <w:rPr>
                <w:lang w:val="ru-RU"/>
              </w:rPr>
              <w:t xml:space="preserve"> </w:t>
            </w:r>
            <w:r>
              <w:t>Wi</w:t>
            </w:r>
            <w:r w:rsidRPr="0013438E">
              <w:rPr>
                <w:lang w:val="ru-RU"/>
              </w:rPr>
              <w:t>-</w:t>
            </w:r>
            <w:r>
              <w:t>Fi</w:t>
            </w:r>
            <w:r w:rsidRPr="0013438E">
              <w:rPr>
                <w:lang w:val="ru-RU"/>
              </w:rPr>
              <w:t>/</w:t>
            </w:r>
            <w:r>
              <w:t>Bluetooth</w:t>
            </w:r>
            <w:r w:rsidRPr="0013438E">
              <w:rPr>
                <w:lang w:val="ru-RU"/>
              </w:rPr>
              <w:t xml:space="preserve"> </w:t>
            </w:r>
            <w:proofErr w:type="spellStart"/>
            <w:r w:rsidRPr="0013438E">
              <w:rPr>
                <w:lang w:val="ru-RU"/>
              </w:rPr>
              <w:t>модулін</w:t>
            </w:r>
            <w:proofErr w:type="spellEnd"/>
            <w:r w:rsidRPr="0013438E">
              <w:rPr>
                <w:lang w:val="ru-RU"/>
              </w:rPr>
              <w:t xml:space="preserve"> (</w:t>
            </w:r>
            <w:r>
              <w:t>Bluetooth</w:t>
            </w:r>
            <w:r w:rsidRPr="0013438E">
              <w:rPr>
                <w:lang w:val="ru-RU"/>
              </w:rPr>
              <w:t xml:space="preserve"> 5.0-ден </w:t>
            </w:r>
            <w:proofErr w:type="spellStart"/>
            <w:r w:rsidRPr="0013438E">
              <w:rPr>
                <w:lang w:val="ru-RU"/>
              </w:rPr>
              <w:t>төмен</w:t>
            </w:r>
            <w:proofErr w:type="spellEnd"/>
            <w:r w:rsidRPr="0013438E">
              <w:rPr>
                <w:lang w:val="ru-RU"/>
              </w:rPr>
              <w:t xml:space="preserve"> </w:t>
            </w:r>
            <w:proofErr w:type="spellStart"/>
            <w:r w:rsidRPr="0013438E">
              <w:rPr>
                <w:lang w:val="ru-RU"/>
              </w:rPr>
              <w:t>емес</w:t>
            </w:r>
            <w:proofErr w:type="spellEnd"/>
            <w:r w:rsidRPr="0013438E">
              <w:rPr>
                <w:lang w:val="ru-RU"/>
              </w:rPr>
              <w:t xml:space="preserve">) </w:t>
            </w:r>
            <w:proofErr w:type="spellStart"/>
            <w:r w:rsidRPr="0013438E">
              <w:rPr>
                <w:lang w:val="ru-RU"/>
              </w:rPr>
              <w:t>орнату</w:t>
            </w:r>
            <w:proofErr w:type="spellEnd"/>
            <w:r w:rsidRPr="0013438E">
              <w:rPr>
                <w:lang w:val="ru-RU"/>
              </w:rPr>
              <w:t xml:space="preserve"> </w:t>
            </w:r>
            <w:proofErr w:type="spellStart"/>
            <w:r w:rsidRPr="0013438E">
              <w:rPr>
                <w:lang w:val="ru-RU"/>
              </w:rPr>
              <w:t>мүмкіндігі</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Принтерді</w:t>
            </w:r>
            <w:proofErr w:type="spellEnd"/>
            <w:r w:rsidRPr="0013438E">
              <w:rPr>
                <w:lang w:val="ru-RU"/>
              </w:rPr>
              <w:t xml:space="preserve"> </w:t>
            </w:r>
            <w:proofErr w:type="spellStart"/>
            <w:r w:rsidRPr="0013438E">
              <w:rPr>
                <w:lang w:val="ru-RU"/>
              </w:rPr>
              <w:t>басқару</w:t>
            </w:r>
            <w:proofErr w:type="spellEnd"/>
            <w:r w:rsidRPr="0013438E">
              <w:rPr>
                <w:lang w:val="ru-RU"/>
              </w:rPr>
              <w:t xml:space="preserve"> </w:t>
            </w:r>
            <w:proofErr w:type="spellStart"/>
            <w:r w:rsidRPr="0013438E">
              <w:rPr>
                <w:lang w:val="ru-RU"/>
              </w:rPr>
              <w:t>тілдері</w:t>
            </w:r>
            <w:proofErr w:type="spellEnd"/>
            <w:r w:rsidRPr="0013438E">
              <w:rPr>
                <w:lang w:val="ru-RU"/>
              </w:rPr>
              <w:t xml:space="preserve">: </w:t>
            </w:r>
            <w:r>
              <w:t>ZPL</w:t>
            </w:r>
            <w:r w:rsidRPr="0013438E">
              <w:rPr>
                <w:lang w:val="ru-RU"/>
              </w:rPr>
              <w:t xml:space="preserve"> </w:t>
            </w:r>
            <w:r>
              <w:t>II</w:t>
            </w:r>
            <w:r w:rsidRPr="0013438E">
              <w:rPr>
                <w:lang w:val="ru-RU"/>
              </w:rPr>
              <w:t xml:space="preserve"> (</w:t>
            </w:r>
            <w:proofErr w:type="spellStart"/>
            <w:r w:rsidRPr="0013438E">
              <w:rPr>
                <w:lang w:val="ru-RU"/>
              </w:rPr>
              <w:t>немесе</w:t>
            </w:r>
            <w:proofErr w:type="spellEnd"/>
            <w:r w:rsidRPr="0013438E">
              <w:rPr>
                <w:lang w:val="ru-RU"/>
              </w:rPr>
              <w:t xml:space="preserve"> эмуляция), </w:t>
            </w:r>
            <w:r>
              <w:t>EPL</w:t>
            </w:r>
            <w:r w:rsidRPr="0013438E">
              <w:rPr>
                <w:lang w:val="ru-RU"/>
              </w:rPr>
              <w:t xml:space="preserve"> (</w:t>
            </w:r>
            <w:proofErr w:type="spellStart"/>
            <w:r w:rsidRPr="0013438E">
              <w:rPr>
                <w:lang w:val="ru-RU"/>
              </w:rPr>
              <w:t>немесе</w:t>
            </w:r>
            <w:proofErr w:type="spellEnd"/>
            <w:r w:rsidRPr="0013438E">
              <w:rPr>
                <w:lang w:val="ru-RU"/>
              </w:rPr>
              <w:t xml:space="preserve"> эмуляция), </w:t>
            </w:r>
            <w:r>
              <w:t>DPL</w:t>
            </w:r>
            <w:r w:rsidRPr="0013438E">
              <w:rPr>
                <w:lang w:val="ru-RU"/>
              </w:rPr>
              <w:t xml:space="preserve">, </w:t>
            </w:r>
            <w:r>
              <w:t>Direct</w:t>
            </w:r>
            <w:r w:rsidRPr="0013438E">
              <w:rPr>
                <w:lang w:val="ru-RU"/>
              </w:rPr>
              <w:t xml:space="preserve"> </w:t>
            </w:r>
            <w:r>
              <w:t>Protocol</w:t>
            </w:r>
            <w:r w:rsidRPr="0013438E">
              <w:rPr>
                <w:lang w:val="ru-RU"/>
              </w:rPr>
              <w:t xml:space="preserve"> (</w:t>
            </w:r>
            <w:proofErr w:type="spellStart"/>
            <w:r w:rsidRPr="0013438E">
              <w:rPr>
                <w:lang w:val="ru-RU"/>
              </w:rPr>
              <w:t>немесе</w:t>
            </w:r>
            <w:proofErr w:type="spellEnd"/>
            <w:r w:rsidRPr="0013438E">
              <w:rPr>
                <w:lang w:val="ru-RU"/>
              </w:rPr>
              <w:t xml:space="preserve"> </w:t>
            </w:r>
            <w:proofErr w:type="spellStart"/>
            <w:r w:rsidRPr="0013438E">
              <w:rPr>
                <w:lang w:val="ru-RU"/>
              </w:rPr>
              <w:t>баламалы</w:t>
            </w:r>
            <w:proofErr w:type="spellEnd"/>
            <w:r w:rsidRPr="0013438E">
              <w:rPr>
                <w:lang w:val="ru-RU"/>
              </w:rPr>
              <w:t xml:space="preserve"> </w:t>
            </w:r>
            <w:proofErr w:type="spellStart"/>
            <w:r w:rsidRPr="0013438E">
              <w:rPr>
                <w:lang w:val="ru-RU"/>
              </w:rPr>
              <w:t>жиынтық</w:t>
            </w:r>
            <w:proofErr w:type="spellEnd"/>
            <w:r w:rsidRPr="0013438E">
              <w:rPr>
                <w:lang w:val="ru-RU"/>
              </w:rPr>
              <w:t>);</w:t>
            </w:r>
          </w:p>
          <w:p w:rsidR="00E04427" w:rsidRPr="0013438E" w:rsidRDefault="0013438E">
            <w:pPr>
              <w:jc w:val="both"/>
              <w:rPr>
                <w:lang w:val="ru-RU"/>
              </w:rPr>
            </w:pPr>
            <w:r w:rsidRPr="0013438E">
              <w:rPr>
                <w:lang w:val="ru-RU"/>
              </w:rPr>
              <w:t>- Штрих-</w:t>
            </w:r>
            <w:proofErr w:type="spellStart"/>
            <w:r w:rsidRPr="0013438E">
              <w:rPr>
                <w:lang w:val="ru-RU"/>
              </w:rPr>
              <w:t>кодтар</w:t>
            </w:r>
            <w:proofErr w:type="spellEnd"/>
            <w:r w:rsidRPr="0013438E">
              <w:rPr>
                <w:lang w:val="ru-RU"/>
              </w:rPr>
              <w:t xml:space="preserve">: </w:t>
            </w:r>
            <w:proofErr w:type="spellStart"/>
            <w:r w:rsidRPr="0013438E">
              <w:rPr>
                <w:lang w:val="ru-RU"/>
              </w:rPr>
              <w:t>барлық</w:t>
            </w:r>
            <w:proofErr w:type="spellEnd"/>
            <w:r w:rsidRPr="0013438E">
              <w:rPr>
                <w:lang w:val="ru-RU"/>
              </w:rPr>
              <w:t xml:space="preserve"> </w:t>
            </w:r>
            <w:proofErr w:type="spellStart"/>
            <w:r w:rsidRPr="0013438E">
              <w:rPr>
                <w:lang w:val="ru-RU"/>
              </w:rPr>
              <w:t>негізгі</w:t>
            </w:r>
            <w:proofErr w:type="spellEnd"/>
            <w:r w:rsidRPr="0013438E">
              <w:rPr>
                <w:lang w:val="ru-RU"/>
              </w:rPr>
              <w:t xml:space="preserve"> </w:t>
            </w:r>
            <w:proofErr w:type="spellStart"/>
            <w:r w:rsidRPr="0013438E">
              <w:rPr>
                <w:lang w:val="ru-RU"/>
              </w:rPr>
              <w:t>сызықтық</w:t>
            </w:r>
            <w:proofErr w:type="spellEnd"/>
            <w:r w:rsidRPr="0013438E">
              <w:rPr>
                <w:lang w:val="ru-RU"/>
              </w:rPr>
              <w:t xml:space="preserve"> </w:t>
            </w:r>
            <w:proofErr w:type="spellStart"/>
            <w:r w:rsidRPr="0013438E">
              <w:rPr>
                <w:lang w:val="ru-RU"/>
              </w:rPr>
              <w:t>және</w:t>
            </w:r>
            <w:proofErr w:type="spellEnd"/>
            <w:r w:rsidRPr="0013438E">
              <w:rPr>
                <w:lang w:val="ru-RU"/>
              </w:rPr>
              <w:t xml:space="preserve"> </w:t>
            </w:r>
            <w:proofErr w:type="spellStart"/>
            <w:r w:rsidRPr="0013438E">
              <w:rPr>
                <w:lang w:val="ru-RU"/>
              </w:rPr>
              <w:t>екі</w:t>
            </w:r>
            <w:proofErr w:type="spellEnd"/>
            <w:r w:rsidRPr="0013438E">
              <w:rPr>
                <w:lang w:val="ru-RU"/>
              </w:rPr>
              <w:t xml:space="preserve"> </w:t>
            </w:r>
            <w:proofErr w:type="spellStart"/>
            <w:r w:rsidRPr="0013438E">
              <w:rPr>
                <w:lang w:val="ru-RU"/>
              </w:rPr>
              <w:t>өлшемді</w:t>
            </w:r>
            <w:proofErr w:type="spellEnd"/>
            <w:r w:rsidRPr="0013438E">
              <w:rPr>
                <w:lang w:val="ru-RU"/>
              </w:rPr>
              <w:t xml:space="preserve"> </w:t>
            </w:r>
            <w:proofErr w:type="spellStart"/>
            <w:r w:rsidRPr="0013438E">
              <w:rPr>
                <w:lang w:val="ru-RU"/>
              </w:rPr>
              <w:t>символикалар</w:t>
            </w:r>
            <w:proofErr w:type="spellEnd"/>
            <w:r w:rsidRPr="0013438E">
              <w:rPr>
                <w:lang w:val="ru-RU"/>
              </w:rPr>
              <w:t xml:space="preserve">, </w:t>
            </w:r>
            <w:proofErr w:type="spellStart"/>
            <w:r w:rsidRPr="0013438E">
              <w:rPr>
                <w:lang w:val="ru-RU"/>
              </w:rPr>
              <w:t>оның</w:t>
            </w:r>
            <w:proofErr w:type="spellEnd"/>
            <w:r w:rsidRPr="0013438E">
              <w:rPr>
                <w:lang w:val="ru-RU"/>
              </w:rPr>
              <w:t xml:space="preserve"> </w:t>
            </w:r>
            <w:proofErr w:type="spellStart"/>
            <w:r w:rsidRPr="0013438E">
              <w:rPr>
                <w:lang w:val="ru-RU"/>
              </w:rPr>
              <w:t>ішінде</w:t>
            </w:r>
            <w:proofErr w:type="spellEnd"/>
            <w:r w:rsidRPr="0013438E">
              <w:rPr>
                <w:lang w:val="ru-RU"/>
              </w:rPr>
              <w:t xml:space="preserve"> </w:t>
            </w:r>
            <w:r>
              <w:t>QR</w:t>
            </w:r>
            <w:r w:rsidRPr="0013438E">
              <w:rPr>
                <w:lang w:val="ru-RU"/>
              </w:rPr>
              <w:t>-</w:t>
            </w:r>
            <w:r>
              <w:t>Code</w:t>
            </w:r>
            <w:r w:rsidRPr="0013438E">
              <w:rPr>
                <w:lang w:val="ru-RU"/>
              </w:rPr>
              <w:t xml:space="preserve">, </w:t>
            </w:r>
            <w:r>
              <w:t>Data</w:t>
            </w:r>
            <w:r w:rsidRPr="0013438E">
              <w:rPr>
                <w:lang w:val="ru-RU"/>
              </w:rPr>
              <w:t xml:space="preserve"> </w:t>
            </w:r>
            <w:r>
              <w:t>Matrix</w:t>
            </w:r>
            <w:r w:rsidRPr="0013438E">
              <w:rPr>
                <w:lang w:val="ru-RU"/>
              </w:rPr>
              <w:t xml:space="preserve">, </w:t>
            </w:r>
            <w:r>
              <w:t>PDF</w:t>
            </w:r>
            <w:r w:rsidRPr="0013438E">
              <w:rPr>
                <w:lang w:val="ru-RU"/>
              </w:rPr>
              <w:t xml:space="preserve">417, </w:t>
            </w:r>
            <w:r>
              <w:t>EAN</w:t>
            </w:r>
            <w:r w:rsidRPr="0013438E">
              <w:rPr>
                <w:lang w:val="ru-RU"/>
              </w:rPr>
              <w:t xml:space="preserve">-13, </w:t>
            </w:r>
            <w:r>
              <w:t>EAN</w:t>
            </w:r>
            <w:r w:rsidRPr="0013438E">
              <w:rPr>
                <w:lang w:val="ru-RU"/>
              </w:rPr>
              <w:t xml:space="preserve">-8, </w:t>
            </w:r>
            <w:r>
              <w:t>Code</w:t>
            </w:r>
            <w:r w:rsidRPr="0013438E">
              <w:rPr>
                <w:lang w:val="ru-RU"/>
              </w:rPr>
              <w:t xml:space="preserve"> 128, </w:t>
            </w:r>
            <w:r>
              <w:t>Code</w:t>
            </w:r>
            <w:r w:rsidRPr="0013438E">
              <w:rPr>
                <w:lang w:val="ru-RU"/>
              </w:rPr>
              <w:t xml:space="preserve"> 39;</w:t>
            </w:r>
          </w:p>
          <w:p w:rsidR="00E04427" w:rsidRPr="0013438E" w:rsidRDefault="0013438E">
            <w:pPr>
              <w:jc w:val="both"/>
              <w:rPr>
                <w:lang w:val="ru-RU"/>
              </w:rPr>
            </w:pPr>
            <w:r w:rsidRPr="0013438E">
              <w:rPr>
                <w:lang w:val="ru-RU"/>
              </w:rPr>
              <w:t xml:space="preserve">- </w:t>
            </w:r>
            <w:proofErr w:type="spellStart"/>
            <w:r w:rsidRPr="0013438E">
              <w:rPr>
                <w:lang w:val="ru-RU"/>
              </w:rPr>
              <w:t>Графикалық</w:t>
            </w:r>
            <w:proofErr w:type="spellEnd"/>
            <w:r w:rsidRPr="0013438E">
              <w:rPr>
                <w:lang w:val="ru-RU"/>
              </w:rPr>
              <w:t xml:space="preserve"> </w:t>
            </w:r>
            <w:proofErr w:type="spellStart"/>
            <w:r w:rsidRPr="0013438E">
              <w:rPr>
                <w:lang w:val="ru-RU"/>
              </w:rPr>
              <w:t>форматтар</w:t>
            </w:r>
            <w:proofErr w:type="spellEnd"/>
            <w:r w:rsidRPr="0013438E">
              <w:rPr>
                <w:lang w:val="ru-RU"/>
              </w:rPr>
              <w:t xml:space="preserve">: </w:t>
            </w:r>
            <w:r>
              <w:t>BMP</w:t>
            </w:r>
            <w:r w:rsidRPr="0013438E">
              <w:rPr>
                <w:lang w:val="ru-RU"/>
              </w:rPr>
              <w:t xml:space="preserve"> (1-</w:t>
            </w:r>
            <w:r>
              <w:t>bit</w:t>
            </w:r>
            <w:r w:rsidRPr="0013438E">
              <w:rPr>
                <w:lang w:val="ru-RU"/>
              </w:rPr>
              <w:t xml:space="preserve">), </w:t>
            </w:r>
            <w:r>
              <w:t>GIF</w:t>
            </w:r>
            <w:r w:rsidRPr="0013438E">
              <w:rPr>
                <w:lang w:val="ru-RU"/>
              </w:rPr>
              <w:t xml:space="preserve">, </w:t>
            </w:r>
            <w:r>
              <w:t>PCX</w:t>
            </w:r>
            <w:r w:rsidRPr="0013438E">
              <w:rPr>
                <w:lang w:val="ru-RU"/>
              </w:rPr>
              <w:t xml:space="preserve">, </w:t>
            </w:r>
            <w:r>
              <w:t>PNG</w:t>
            </w:r>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Қаріптер</w:t>
            </w:r>
            <w:proofErr w:type="spellEnd"/>
            <w:r w:rsidRPr="0013438E">
              <w:rPr>
                <w:lang w:val="ru-RU"/>
              </w:rPr>
              <w:t xml:space="preserve"> мен </w:t>
            </w:r>
            <w:proofErr w:type="spellStart"/>
            <w:r w:rsidRPr="0013438E">
              <w:rPr>
                <w:lang w:val="ru-RU"/>
              </w:rPr>
              <w:t>кодтаулар</w:t>
            </w:r>
            <w:proofErr w:type="spellEnd"/>
            <w:r w:rsidRPr="0013438E">
              <w:rPr>
                <w:lang w:val="ru-RU"/>
              </w:rPr>
              <w:t xml:space="preserve">: </w:t>
            </w:r>
            <w:proofErr w:type="spellStart"/>
            <w:r w:rsidRPr="0013438E">
              <w:rPr>
                <w:lang w:val="ru-RU"/>
              </w:rPr>
              <w:t>масштабталатын</w:t>
            </w:r>
            <w:proofErr w:type="spellEnd"/>
            <w:r w:rsidRPr="0013438E">
              <w:rPr>
                <w:lang w:val="ru-RU"/>
              </w:rPr>
              <w:t xml:space="preserve"> </w:t>
            </w:r>
            <w:proofErr w:type="spellStart"/>
            <w:r w:rsidRPr="0013438E">
              <w:rPr>
                <w:lang w:val="ru-RU"/>
              </w:rPr>
              <w:t>қаріптер</w:t>
            </w:r>
            <w:proofErr w:type="spellEnd"/>
            <w:r w:rsidRPr="0013438E">
              <w:rPr>
                <w:lang w:val="ru-RU"/>
              </w:rPr>
              <w:t xml:space="preserve">, кириллица мен </w:t>
            </w:r>
            <w:proofErr w:type="spellStart"/>
            <w:r w:rsidRPr="0013438E">
              <w:rPr>
                <w:lang w:val="ru-RU"/>
              </w:rPr>
              <w:t>латын</w:t>
            </w:r>
            <w:proofErr w:type="spellEnd"/>
            <w:r w:rsidRPr="0013438E">
              <w:rPr>
                <w:lang w:val="ru-RU"/>
              </w:rPr>
              <w:t xml:space="preserve"> </w:t>
            </w:r>
            <w:proofErr w:type="spellStart"/>
            <w:r w:rsidRPr="0013438E">
              <w:rPr>
                <w:lang w:val="ru-RU"/>
              </w:rPr>
              <w:t>әліпбиін</w:t>
            </w:r>
            <w:proofErr w:type="spellEnd"/>
            <w:r w:rsidRPr="0013438E">
              <w:rPr>
                <w:lang w:val="ru-RU"/>
              </w:rPr>
              <w:t xml:space="preserve"> (</w:t>
            </w:r>
            <w:proofErr w:type="spellStart"/>
            <w:r w:rsidRPr="0013438E">
              <w:rPr>
                <w:lang w:val="ru-RU"/>
              </w:rPr>
              <w:t>оның</w:t>
            </w:r>
            <w:proofErr w:type="spellEnd"/>
            <w:r w:rsidRPr="0013438E">
              <w:rPr>
                <w:lang w:val="ru-RU"/>
              </w:rPr>
              <w:t xml:space="preserve"> </w:t>
            </w:r>
            <w:proofErr w:type="spellStart"/>
            <w:r w:rsidRPr="0013438E">
              <w:rPr>
                <w:lang w:val="ru-RU"/>
              </w:rPr>
              <w:t>ішінде</w:t>
            </w:r>
            <w:proofErr w:type="spellEnd"/>
            <w:r w:rsidRPr="0013438E">
              <w:rPr>
                <w:lang w:val="ru-RU"/>
              </w:rPr>
              <w:t xml:space="preserve"> </w:t>
            </w:r>
            <w:proofErr w:type="spellStart"/>
            <w:r w:rsidRPr="0013438E">
              <w:rPr>
                <w:lang w:val="ru-RU"/>
              </w:rPr>
              <w:t>кеңейтілген</w:t>
            </w:r>
            <w:proofErr w:type="spellEnd"/>
            <w:r w:rsidRPr="0013438E">
              <w:rPr>
                <w:lang w:val="ru-RU"/>
              </w:rPr>
              <w:t xml:space="preserve">) </w:t>
            </w:r>
            <w:proofErr w:type="spellStart"/>
            <w:r w:rsidRPr="0013438E">
              <w:rPr>
                <w:lang w:val="ru-RU"/>
              </w:rPr>
              <w:t>қолдау</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Драйверлер</w:t>
            </w:r>
            <w:proofErr w:type="spellEnd"/>
            <w:r w:rsidRPr="0013438E">
              <w:rPr>
                <w:lang w:val="ru-RU"/>
              </w:rPr>
              <w:t xml:space="preserve">: </w:t>
            </w:r>
            <w:r>
              <w:t>Windows</w:t>
            </w:r>
            <w:r w:rsidRPr="0013438E">
              <w:rPr>
                <w:lang w:val="ru-RU"/>
              </w:rPr>
              <w:t xml:space="preserve"> </w:t>
            </w:r>
            <w:proofErr w:type="spellStart"/>
            <w:r w:rsidRPr="0013438E">
              <w:rPr>
                <w:lang w:val="ru-RU"/>
              </w:rPr>
              <w:t>үшін</w:t>
            </w:r>
            <w:proofErr w:type="spellEnd"/>
            <w:r w:rsidRPr="0013438E">
              <w:rPr>
                <w:lang w:val="ru-RU"/>
              </w:rPr>
              <w:t xml:space="preserve"> </w:t>
            </w:r>
            <w:proofErr w:type="spellStart"/>
            <w:r w:rsidRPr="0013438E">
              <w:rPr>
                <w:lang w:val="ru-RU"/>
              </w:rPr>
              <w:t>өндірушінің</w:t>
            </w:r>
            <w:proofErr w:type="spellEnd"/>
            <w:r w:rsidRPr="0013438E">
              <w:rPr>
                <w:lang w:val="ru-RU"/>
              </w:rPr>
              <w:t xml:space="preserve"> </w:t>
            </w:r>
            <w:proofErr w:type="spellStart"/>
            <w:r w:rsidRPr="0013438E">
              <w:rPr>
                <w:lang w:val="ru-RU"/>
              </w:rPr>
              <w:t>драйвері</w:t>
            </w:r>
            <w:proofErr w:type="spellEnd"/>
            <w:r w:rsidRPr="0013438E">
              <w:rPr>
                <w:lang w:val="ru-RU"/>
              </w:rPr>
              <w:t xml:space="preserve">; </w:t>
            </w:r>
            <w:r>
              <w:t>Linux</w:t>
            </w:r>
            <w:r w:rsidRPr="0013438E">
              <w:rPr>
                <w:lang w:val="ru-RU"/>
              </w:rPr>
              <w:t xml:space="preserve"> </w:t>
            </w:r>
            <w:proofErr w:type="spellStart"/>
            <w:r w:rsidRPr="0013438E">
              <w:rPr>
                <w:lang w:val="ru-RU"/>
              </w:rPr>
              <w:t>үшін</w:t>
            </w:r>
            <w:proofErr w:type="spellEnd"/>
            <w:r w:rsidRPr="0013438E">
              <w:rPr>
                <w:lang w:val="ru-RU"/>
              </w:rPr>
              <w:t xml:space="preserve"> </w:t>
            </w:r>
            <w:r>
              <w:t>CUPS</w:t>
            </w:r>
            <w:r w:rsidRPr="0013438E">
              <w:rPr>
                <w:lang w:val="ru-RU"/>
              </w:rPr>
              <w:t xml:space="preserve"> </w:t>
            </w:r>
            <w:proofErr w:type="spellStart"/>
            <w:r w:rsidRPr="0013438E">
              <w:rPr>
                <w:lang w:val="ru-RU"/>
              </w:rPr>
              <w:t>драйвері</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Басқару</w:t>
            </w:r>
            <w:proofErr w:type="spellEnd"/>
            <w:r w:rsidRPr="0013438E">
              <w:rPr>
                <w:lang w:val="ru-RU"/>
              </w:rPr>
              <w:t xml:space="preserve"> </w:t>
            </w:r>
            <w:proofErr w:type="spellStart"/>
            <w:r w:rsidRPr="0013438E">
              <w:rPr>
                <w:lang w:val="ru-RU"/>
              </w:rPr>
              <w:t>органдары</w:t>
            </w:r>
            <w:proofErr w:type="spellEnd"/>
            <w:r w:rsidRPr="0013438E">
              <w:rPr>
                <w:lang w:val="ru-RU"/>
              </w:rPr>
              <w:t xml:space="preserve">: </w:t>
            </w:r>
            <w:proofErr w:type="spellStart"/>
            <w:r w:rsidRPr="0013438E">
              <w:rPr>
                <w:lang w:val="ru-RU"/>
              </w:rPr>
              <w:t>тасығышты</w:t>
            </w:r>
            <w:proofErr w:type="spellEnd"/>
            <w:r w:rsidRPr="0013438E">
              <w:rPr>
                <w:lang w:val="ru-RU"/>
              </w:rPr>
              <w:t xml:space="preserve"> беру </w:t>
            </w:r>
            <w:proofErr w:type="spellStart"/>
            <w:r w:rsidRPr="0013438E">
              <w:rPr>
                <w:lang w:val="ru-RU"/>
              </w:rPr>
              <w:t>түймесі</w:t>
            </w:r>
            <w:proofErr w:type="spellEnd"/>
            <w:r w:rsidRPr="0013438E">
              <w:rPr>
                <w:lang w:val="ru-RU"/>
              </w:rPr>
              <w:t xml:space="preserve">, </w:t>
            </w:r>
            <w:proofErr w:type="spellStart"/>
            <w:r w:rsidRPr="0013438E">
              <w:rPr>
                <w:lang w:val="ru-RU"/>
              </w:rPr>
              <w:t>тасығышты</w:t>
            </w:r>
            <w:proofErr w:type="spellEnd"/>
            <w:r w:rsidRPr="0013438E">
              <w:rPr>
                <w:lang w:val="ru-RU"/>
              </w:rPr>
              <w:t xml:space="preserve"> </w:t>
            </w:r>
            <w:proofErr w:type="spellStart"/>
            <w:r w:rsidRPr="0013438E">
              <w:rPr>
                <w:lang w:val="ru-RU"/>
              </w:rPr>
              <w:t>үнемдеу</w:t>
            </w:r>
            <w:proofErr w:type="spellEnd"/>
            <w:r w:rsidRPr="0013438E">
              <w:rPr>
                <w:lang w:val="ru-RU"/>
              </w:rPr>
              <w:t xml:space="preserve"> </w:t>
            </w:r>
            <w:proofErr w:type="spellStart"/>
            <w:r w:rsidRPr="0013438E">
              <w:rPr>
                <w:lang w:val="ru-RU"/>
              </w:rPr>
              <w:t>режимінің</w:t>
            </w:r>
            <w:proofErr w:type="spellEnd"/>
            <w:r w:rsidRPr="0013438E">
              <w:rPr>
                <w:lang w:val="ru-RU"/>
              </w:rPr>
              <w:t xml:space="preserve"> </w:t>
            </w:r>
            <w:proofErr w:type="spellStart"/>
            <w:r w:rsidRPr="0013438E">
              <w:rPr>
                <w:lang w:val="ru-RU"/>
              </w:rPr>
              <w:t>түймесі</w:t>
            </w:r>
            <w:proofErr w:type="spellEnd"/>
            <w:r w:rsidRPr="0013438E">
              <w:rPr>
                <w:lang w:val="ru-RU"/>
              </w:rPr>
              <w:t xml:space="preserve"> (</w:t>
            </w:r>
            <w:r>
              <w:t>ECO</w:t>
            </w:r>
            <w:r w:rsidRPr="0013438E">
              <w:rPr>
                <w:lang w:val="ru-RU"/>
              </w:rPr>
              <w:t xml:space="preserve"> </w:t>
            </w:r>
            <w:proofErr w:type="spellStart"/>
            <w:r w:rsidRPr="0013438E">
              <w:rPr>
                <w:lang w:val="ru-RU"/>
              </w:rPr>
              <w:t>немесе</w:t>
            </w:r>
            <w:proofErr w:type="spellEnd"/>
            <w:r w:rsidRPr="0013438E">
              <w:rPr>
                <w:lang w:val="ru-RU"/>
              </w:rPr>
              <w:t xml:space="preserve"> аналог), </w:t>
            </w:r>
            <w:proofErr w:type="spellStart"/>
            <w:r w:rsidRPr="0013438E">
              <w:rPr>
                <w:lang w:val="ru-RU"/>
              </w:rPr>
              <w:t>жарық</w:t>
            </w:r>
            <w:proofErr w:type="spellEnd"/>
            <w:r w:rsidRPr="0013438E">
              <w:rPr>
                <w:lang w:val="ru-RU"/>
              </w:rPr>
              <w:t xml:space="preserve"> </w:t>
            </w:r>
            <w:proofErr w:type="spellStart"/>
            <w:r w:rsidRPr="0013438E">
              <w:rPr>
                <w:lang w:val="ru-RU"/>
              </w:rPr>
              <w:t>диодты</w:t>
            </w:r>
            <w:proofErr w:type="spellEnd"/>
            <w:r w:rsidRPr="0013438E">
              <w:rPr>
                <w:lang w:val="ru-RU"/>
              </w:rPr>
              <w:t xml:space="preserve"> </w:t>
            </w:r>
            <w:proofErr w:type="spellStart"/>
            <w:r w:rsidRPr="0013438E">
              <w:rPr>
                <w:lang w:val="ru-RU"/>
              </w:rPr>
              <w:t>күй</w:t>
            </w:r>
            <w:proofErr w:type="spellEnd"/>
            <w:r w:rsidRPr="0013438E">
              <w:rPr>
                <w:lang w:val="ru-RU"/>
              </w:rPr>
              <w:t xml:space="preserve"> </w:t>
            </w:r>
            <w:proofErr w:type="spellStart"/>
            <w:r w:rsidRPr="0013438E">
              <w:rPr>
                <w:lang w:val="ru-RU"/>
              </w:rPr>
              <w:t>индикациясы</w:t>
            </w:r>
            <w:proofErr w:type="spellEnd"/>
            <w:r w:rsidRPr="0013438E">
              <w:rPr>
                <w:lang w:val="ru-RU"/>
              </w:rPr>
              <w:t xml:space="preserve">; </w:t>
            </w:r>
            <w:proofErr w:type="spellStart"/>
            <w:r w:rsidRPr="0013438E">
              <w:rPr>
                <w:lang w:val="ru-RU"/>
              </w:rPr>
              <w:t>орыс</w:t>
            </w:r>
            <w:proofErr w:type="spellEnd"/>
            <w:r w:rsidRPr="0013438E">
              <w:rPr>
                <w:lang w:val="ru-RU"/>
              </w:rPr>
              <w:t xml:space="preserve"> </w:t>
            </w:r>
            <w:proofErr w:type="spellStart"/>
            <w:r w:rsidRPr="0013438E">
              <w:rPr>
                <w:lang w:val="ru-RU"/>
              </w:rPr>
              <w:t>тілін</w:t>
            </w:r>
            <w:proofErr w:type="spellEnd"/>
            <w:r w:rsidRPr="0013438E">
              <w:rPr>
                <w:lang w:val="ru-RU"/>
              </w:rPr>
              <w:t xml:space="preserve"> </w:t>
            </w:r>
            <w:proofErr w:type="spellStart"/>
            <w:r w:rsidRPr="0013438E">
              <w:rPr>
                <w:lang w:val="ru-RU"/>
              </w:rPr>
              <w:t>қолдайтын</w:t>
            </w:r>
            <w:proofErr w:type="spellEnd"/>
            <w:r w:rsidRPr="0013438E">
              <w:rPr>
                <w:lang w:val="ru-RU"/>
              </w:rPr>
              <w:t xml:space="preserve"> </w:t>
            </w:r>
            <w:r w:rsidRPr="0013438E">
              <w:rPr>
                <w:lang w:val="ru-RU"/>
              </w:rPr>
              <w:lastRenderedPageBreak/>
              <w:t>веб-интерфейс;</w:t>
            </w:r>
          </w:p>
          <w:p w:rsidR="00E04427" w:rsidRPr="0013438E" w:rsidRDefault="0013438E">
            <w:pPr>
              <w:jc w:val="both"/>
              <w:rPr>
                <w:lang w:val="ru-RU"/>
              </w:rPr>
            </w:pPr>
            <w:r w:rsidRPr="0013438E">
              <w:rPr>
                <w:lang w:val="ru-RU"/>
              </w:rPr>
              <w:t xml:space="preserve">- </w:t>
            </w:r>
            <w:proofErr w:type="spellStart"/>
            <w:r w:rsidRPr="0013438E">
              <w:rPr>
                <w:lang w:val="ru-RU"/>
              </w:rPr>
              <w:t>Өлшемдері</w:t>
            </w:r>
            <w:proofErr w:type="spellEnd"/>
            <w:r w:rsidRPr="0013438E">
              <w:rPr>
                <w:lang w:val="ru-RU"/>
              </w:rPr>
              <w:t xml:space="preserve"> (Ұ × Е × Б): 275 × 200 × 170 мм-</w:t>
            </w:r>
            <w:proofErr w:type="spellStart"/>
            <w:r w:rsidRPr="0013438E">
              <w:rPr>
                <w:lang w:val="ru-RU"/>
              </w:rPr>
              <w:t>ден</w:t>
            </w:r>
            <w:proofErr w:type="spellEnd"/>
            <w:r w:rsidRPr="0013438E">
              <w:rPr>
                <w:lang w:val="ru-RU"/>
              </w:rPr>
              <w:t xml:space="preserve"> </w:t>
            </w:r>
            <w:proofErr w:type="spellStart"/>
            <w:r w:rsidRPr="0013438E">
              <w:rPr>
                <w:lang w:val="ru-RU"/>
              </w:rPr>
              <w:t>артық</w:t>
            </w:r>
            <w:proofErr w:type="spellEnd"/>
            <w:r w:rsidRPr="0013438E">
              <w:rPr>
                <w:lang w:val="ru-RU"/>
              </w:rPr>
              <w:t xml:space="preserve"> </w:t>
            </w:r>
            <w:proofErr w:type="spellStart"/>
            <w:r w:rsidRPr="0013438E">
              <w:rPr>
                <w:lang w:val="ru-RU"/>
              </w:rPr>
              <w:t>емес</w:t>
            </w:r>
            <w:proofErr w:type="spellEnd"/>
            <w:r w:rsidRPr="0013438E">
              <w:rPr>
                <w:lang w:val="ru-RU"/>
              </w:rPr>
              <w:t xml:space="preserve">; </w:t>
            </w:r>
            <w:proofErr w:type="spellStart"/>
            <w:r w:rsidRPr="0013438E">
              <w:rPr>
                <w:lang w:val="ru-RU"/>
              </w:rPr>
              <w:t>салмағы</w:t>
            </w:r>
            <w:proofErr w:type="spellEnd"/>
            <w:r w:rsidRPr="0013438E">
              <w:rPr>
                <w:lang w:val="ru-RU"/>
              </w:rPr>
              <w:t>: 2,1 кг-</w:t>
            </w:r>
            <w:proofErr w:type="spellStart"/>
            <w:r w:rsidRPr="0013438E">
              <w:rPr>
                <w:lang w:val="ru-RU"/>
              </w:rPr>
              <w:t>нан</w:t>
            </w:r>
            <w:proofErr w:type="spellEnd"/>
            <w:r w:rsidRPr="0013438E">
              <w:rPr>
                <w:lang w:val="ru-RU"/>
              </w:rPr>
              <w:t xml:space="preserve"> </w:t>
            </w:r>
            <w:proofErr w:type="spellStart"/>
            <w:r w:rsidRPr="0013438E">
              <w:rPr>
                <w:lang w:val="ru-RU"/>
              </w:rPr>
              <w:t>артық</w:t>
            </w:r>
            <w:proofErr w:type="spellEnd"/>
            <w:r w:rsidRPr="0013438E">
              <w:rPr>
                <w:lang w:val="ru-RU"/>
              </w:rPr>
              <w:t xml:space="preserve"> </w:t>
            </w:r>
            <w:proofErr w:type="spellStart"/>
            <w:r w:rsidRPr="0013438E">
              <w:rPr>
                <w:lang w:val="ru-RU"/>
              </w:rPr>
              <w:t>емес</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Электрмен</w:t>
            </w:r>
            <w:proofErr w:type="spellEnd"/>
            <w:r w:rsidRPr="0013438E">
              <w:rPr>
                <w:lang w:val="ru-RU"/>
              </w:rPr>
              <w:t xml:space="preserve"> </w:t>
            </w:r>
            <w:proofErr w:type="spellStart"/>
            <w:r w:rsidRPr="0013438E">
              <w:rPr>
                <w:lang w:val="ru-RU"/>
              </w:rPr>
              <w:t>қоректендіру</w:t>
            </w:r>
            <w:proofErr w:type="spellEnd"/>
            <w:r w:rsidRPr="0013438E">
              <w:rPr>
                <w:lang w:val="ru-RU"/>
              </w:rPr>
              <w:t xml:space="preserve">: </w:t>
            </w:r>
            <w:proofErr w:type="spellStart"/>
            <w:r w:rsidRPr="0013438E">
              <w:rPr>
                <w:lang w:val="ru-RU"/>
              </w:rPr>
              <w:t>сыртқы</w:t>
            </w:r>
            <w:proofErr w:type="spellEnd"/>
            <w:r w:rsidRPr="0013438E">
              <w:rPr>
                <w:lang w:val="ru-RU"/>
              </w:rPr>
              <w:t xml:space="preserve"> </w:t>
            </w:r>
            <w:proofErr w:type="spellStart"/>
            <w:r w:rsidRPr="0013438E">
              <w:rPr>
                <w:lang w:val="ru-RU"/>
              </w:rPr>
              <w:t>қуат</w:t>
            </w:r>
            <w:proofErr w:type="spellEnd"/>
            <w:r w:rsidRPr="0013438E">
              <w:rPr>
                <w:lang w:val="ru-RU"/>
              </w:rPr>
              <w:t xml:space="preserve"> </w:t>
            </w:r>
            <w:proofErr w:type="spellStart"/>
            <w:r w:rsidRPr="0013438E">
              <w:rPr>
                <w:lang w:val="ru-RU"/>
              </w:rPr>
              <w:t>адаптері</w:t>
            </w:r>
            <w:proofErr w:type="spellEnd"/>
            <w:r w:rsidRPr="0013438E">
              <w:rPr>
                <w:lang w:val="ru-RU"/>
              </w:rPr>
              <w:t xml:space="preserve"> 90–264</w:t>
            </w:r>
            <w:proofErr w:type="gramStart"/>
            <w:r w:rsidRPr="0013438E">
              <w:rPr>
                <w:lang w:val="ru-RU"/>
              </w:rPr>
              <w:t xml:space="preserve"> В</w:t>
            </w:r>
            <w:proofErr w:type="gramEnd"/>
            <w:r w:rsidRPr="0013438E">
              <w:rPr>
                <w:lang w:val="ru-RU"/>
              </w:rPr>
              <w:t xml:space="preserve"> </w:t>
            </w:r>
            <w:proofErr w:type="spellStart"/>
            <w:r w:rsidRPr="0013438E">
              <w:rPr>
                <w:lang w:val="ru-RU"/>
              </w:rPr>
              <w:t>айнымалы</w:t>
            </w:r>
            <w:proofErr w:type="spellEnd"/>
            <w:r w:rsidRPr="0013438E">
              <w:rPr>
                <w:lang w:val="ru-RU"/>
              </w:rPr>
              <w:t xml:space="preserve"> ток, </w:t>
            </w:r>
            <w:proofErr w:type="spellStart"/>
            <w:r w:rsidRPr="0013438E">
              <w:rPr>
                <w:lang w:val="ru-RU"/>
              </w:rPr>
              <w:t>шығысы</w:t>
            </w:r>
            <w:proofErr w:type="spellEnd"/>
            <w:r w:rsidRPr="0013438E">
              <w:rPr>
                <w:lang w:val="ru-RU"/>
              </w:rPr>
              <w:t xml:space="preserve"> 24 В </w:t>
            </w:r>
            <w:proofErr w:type="spellStart"/>
            <w:r w:rsidRPr="0013438E">
              <w:rPr>
                <w:lang w:val="ru-RU"/>
              </w:rPr>
              <w:t>тұрақты</w:t>
            </w:r>
            <w:proofErr w:type="spellEnd"/>
            <w:r w:rsidRPr="0013438E">
              <w:rPr>
                <w:lang w:val="ru-RU"/>
              </w:rPr>
              <w:t xml:space="preserve"> ток, </w:t>
            </w:r>
            <w:proofErr w:type="spellStart"/>
            <w:r w:rsidRPr="0013438E">
              <w:rPr>
                <w:lang w:val="ru-RU"/>
              </w:rPr>
              <w:t>кемінде</w:t>
            </w:r>
            <w:proofErr w:type="spellEnd"/>
            <w:r w:rsidRPr="0013438E">
              <w:rPr>
                <w:lang w:val="ru-RU"/>
              </w:rPr>
              <w:t xml:space="preserve"> 2,5 А;</w:t>
            </w:r>
          </w:p>
          <w:p w:rsidR="00E04427" w:rsidRPr="0013438E" w:rsidRDefault="0013438E">
            <w:pPr>
              <w:jc w:val="both"/>
              <w:rPr>
                <w:lang w:val="ru-RU"/>
              </w:rPr>
            </w:pPr>
            <w:r w:rsidRPr="0013438E">
              <w:rPr>
                <w:lang w:val="ru-RU"/>
              </w:rPr>
              <w:t xml:space="preserve">- </w:t>
            </w:r>
            <w:proofErr w:type="spellStart"/>
            <w:r w:rsidRPr="0013438E">
              <w:rPr>
                <w:lang w:val="ru-RU"/>
              </w:rPr>
              <w:t>Пайдалану</w:t>
            </w:r>
            <w:proofErr w:type="spellEnd"/>
            <w:r w:rsidRPr="0013438E">
              <w:rPr>
                <w:lang w:val="ru-RU"/>
              </w:rPr>
              <w:t xml:space="preserve"> </w:t>
            </w:r>
            <w:proofErr w:type="spellStart"/>
            <w:r w:rsidRPr="0013438E">
              <w:rPr>
                <w:lang w:val="ru-RU"/>
              </w:rPr>
              <w:t>шарттары</w:t>
            </w:r>
            <w:proofErr w:type="spellEnd"/>
            <w:r w:rsidRPr="0013438E">
              <w:rPr>
                <w:lang w:val="ru-RU"/>
              </w:rPr>
              <w:t>: температура +5-тен +40 °</w:t>
            </w:r>
            <w:r>
              <w:t>C</w:t>
            </w:r>
            <w:r w:rsidRPr="0013438E">
              <w:rPr>
                <w:lang w:val="ru-RU"/>
              </w:rPr>
              <w:t>-</w:t>
            </w:r>
            <w:proofErr w:type="spellStart"/>
            <w:r w:rsidRPr="0013438E">
              <w:rPr>
                <w:lang w:val="ru-RU"/>
              </w:rPr>
              <w:t>қа</w:t>
            </w:r>
            <w:proofErr w:type="spellEnd"/>
            <w:r w:rsidRPr="0013438E">
              <w:rPr>
                <w:lang w:val="ru-RU"/>
              </w:rPr>
              <w:t xml:space="preserve"> </w:t>
            </w:r>
            <w:proofErr w:type="spellStart"/>
            <w:r w:rsidRPr="0013438E">
              <w:rPr>
                <w:lang w:val="ru-RU"/>
              </w:rPr>
              <w:t>дейін</w:t>
            </w:r>
            <w:proofErr w:type="spellEnd"/>
            <w:r w:rsidRPr="0013438E">
              <w:rPr>
                <w:lang w:val="ru-RU"/>
              </w:rPr>
              <w:t xml:space="preserve">, </w:t>
            </w:r>
            <w:proofErr w:type="spellStart"/>
            <w:r w:rsidRPr="0013438E">
              <w:rPr>
                <w:lang w:val="ru-RU"/>
              </w:rPr>
              <w:t>конденсациясыз</w:t>
            </w:r>
            <w:proofErr w:type="spellEnd"/>
            <w:r w:rsidRPr="0013438E">
              <w:rPr>
                <w:lang w:val="ru-RU"/>
              </w:rPr>
              <w:t xml:space="preserve"> 10–80 % </w:t>
            </w:r>
            <w:proofErr w:type="spellStart"/>
            <w:r w:rsidRPr="0013438E">
              <w:rPr>
                <w:lang w:val="ru-RU"/>
              </w:rPr>
              <w:t>салыстырмалы</w:t>
            </w:r>
            <w:proofErr w:type="spellEnd"/>
            <w:r w:rsidRPr="0013438E">
              <w:rPr>
                <w:lang w:val="ru-RU"/>
              </w:rPr>
              <w:t xml:space="preserve"> </w:t>
            </w:r>
            <w:proofErr w:type="spellStart"/>
            <w:r w:rsidRPr="0013438E">
              <w:rPr>
                <w:lang w:val="ru-RU"/>
              </w:rPr>
              <w:t>ылғалдылықта</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Сертификаттау</w:t>
            </w:r>
            <w:proofErr w:type="spellEnd"/>
            <w:r w:rsidRPr="0013438E">
              <w:rPr>
                <w:lang w:val="ru-RU"/>
              </w:rPr>
              <w:t xml:space="preserve">: </w:t>
            </w:r>
            <w:r>
              <w:t>CE</w:t>
            </w:r>
            <w:r w:rsidRPr="0013438E">
              <w:rPr>
                <w:lang w:val="ru-RU"/>
              </w:rPr>
              <w:t xml:space="preserve">; </w:t>
            </w:r>
            <w:proofErr w:type="spellStart"/>
            <w:r w:rsidRPr="0013438E">
              <w:rPr>
                <w:lang w:val="ru-RU"/>
              </w:rPr>
              <w:t>қауіпсіздік</w:t>
            </w:r>
            <w:proofErr w:type="spellEnd"/>
            <w:r w:rsidRPr="0013438E">
              <w:rPr>
                <w:lang w:val="ru-RU"/>
              </w:rPr>
              <w:t xml:space="preserve"> — </w:t>
            </w:r>
            <w:r>
              <w:t>EN</w:t>
            </w:r>
            <w:r w:rsidRPr="0013438E">
              <w:rPr>
                <w:lang w:val="ru-RU"/>
              </w:rPr>
              <w:t>/</w:t>
            </w:r>
            <w:r>
              <w:t>IEC</w:t>
            </w:r>
            <w:r w:rsidRPr="0013438E">
              <w:rPr>
                <w:lang w:val="ru-RU"/>
              </w:rPr>
              <w:t xml:space="preserve"> 62368-1; ЭМҮ — </w:t>
            </w:r>
            <w:r>
              <w:t>EN</w:t>
            </w:r>
            <w:r w:rsidRPr="0013438E">
              <w:rPr>
                <w:lang w:val="ru-RU"/>
              </w:rPr>
              <w:t xml:space="preserve"> 55032 (</w:t>
            </w:r>
            <w:r>
              <w:t>A</w:t>
            </w:r>
            <w:r w:rsidRPr="0013438E">
              <w:rPr>
                <w:lang w:val="ru-RU"/>
              </w:rPr>
              <w:t xml:space="preserve"> </w:t>
            </w:r>
            <w:proofErr w:type="spellStart"/>
            <w:r w:rsidRPr="0013438E">
              <w:rPr>
                <w:lang w:val="ru-RU"/>
              </w:rPr>
              <w:t>класы</w:t>
            </w:r>
            <w:proofErr w:type="spellEnd"/>
            <w:r w:rsidRPr="0013438E">
              <w:rPr>
                <w:lang w:val="ru-RU"/>
              </w:rPr>
              <w:t xml:space="preserve">), </w:t>
            </w:r>
            <w:r>
              <w:t>EN</w:t>
            </w:r>
            <w:r w:rsidRPr="0013438E">
              <w:rPr>
                <w:lang w:val="ru-RU"/>
              </w:rPr>
              <w:t xml:space="preserve"> 55035;</w:t>
            </w:r>
          </w:p>
          <w:p w:rsidR="00E04427" w:rsidRPr="0013438E" w:rsidRDefault="0013438E">
            <w:pPr>
              <w:jc w:val="both"/>
              <w:rPr>
                <w:lang w:val="ru-RU"/>
              </w:rPr>
            </w:pPr>
            <w:r w:rsidRPr="0013438E">
              <w:rPr>
                <w:lang w:val="ru-RU"/>
              </w:rPr>
              <w:t xml:space="preserve">- </w:t>
            </w:r>
            <w:proofErr w:type="spellStart"/>
            <w:r w:rsidRPr="0013438E">
              <w:rPr>
                <w:lang w:val="ru-RU"/>
              </w:rPr>
              <w:t>Күйі</w:t>
            </w:r>
            <w:proofErr w:type="spellEnd"/>
            <w:r w:rsidRPr="0013438E">
              <w:rPr>
                <w:lang w:val="ru-RU"/>
              </w:rPr>
              <w:t xml:space="preserve">: </w:t>
            </w:r>
            <w:proofErr w:type="spellStart"/>
            <w:r w:rsidRPr="0013438E">
              <w:rPr>
                <w:lang w:val="ru-RU"/>
              </w:rPr>
              <w:t>жаңа</w:t>
            </w:r>
            <w:proofErr w:type="spellEnd"/>
            <w:r w:rsidRPr="0013438E">
              <w:rPr>
                <w:lang w:val="ru-RU"/>
              </w:rPr>
              <w:t xml:space="preserve">, </w:t>
            </w:r>
            <w:proofErr w:type="spellStart"/>
            <w:r w:rsidRPr="0013438E">
              <w:rPr>
                <w:lang w:val="ru-RU"/>
              </w:rPr>
              <w:t>пайдаланылмаған</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Шығарылған</w:t>
            </w:r>
            <w:proofErr w:type="spellEnd"/>
            <w:r w:rsidRPr="0013438E">
              <w:rPr>
                <w:lang w:val="ru-RU"/>
              </w:rPr>
              <w:t xml:space="preserve"> </w:t>
            </w:r>
            <w:proofErr w:type="spellStart"/>
            <w:r w:rsidRPr="0013438E">
              <w:rPr>
                <w:lang w:val="ru-RU"/>
              </w:rPr>
              <w:t>жылы</w:t>
            </w:r>
            <w:proofErr w:type="spellEnd"/>
            <w:r w:rsidRPr="0013438E">
              <w:rPr>
                <w:lang w:val="ru-RU"/>
              </w:rPr>
              <w:t xml:space="preserve">: 2024 </w:t>
            </w:r>
            <w:proofErr w:type="spellStart"/>
            <w:r w:rsidRPr="0013438E">
              <w:rPr>
                <w:lang w:val="ru-RU"/>
              </w:rPr>
              <w:t>жылдан</w:t>
            </w:r>
            <w:proofErr w:type="spellEnd"/>
            <w:r w:rsidRPr="0013438E">
              <w:rPr>
                <w:lang w:val="ru-RU"/>
              </w:rPr>
              <w:t xml:space="preserve"> </w:t>
            </w:r>
            <w:proofErr w:type="spellStart"/>
            <w:r w:rsidRPr="0013438E">
              <w:rPr>
                <w:lang w:val="ru-RU"/>
              </w:rPr>
              <w:t>кешікті</w:t>
            </w:r>
            <w:proofErr w:type="gramStart"/>
            <w:r w:rsidRPr="0013438E">
              <w:rPr>
                <w:lang w:val="ru-RU"/>
              </w:rPr>
              <w:t>р</w:t>
            </w:r>
            <w:proofErr w:type="gramEnd"/>
            <w:r w:rsidRPr="0013438E">
              <w:rPr>
                <w:lang w:val="ru-RU"/>
              </w:rPr>
              <w:t>ілмей</w:t>
            </w:r>
            <w:proofErr w:type="spellEnd"/>
            <w:r w:rsidRPr="0013438E">
              <w:rPr>
                <w:lang w:val="ru-RU"/>
              </w:rPr>
              <w:t>.</w:t>
            </w:r>
          </w:p>
          <w:p w:rsidR="00E04427" w:rsidRPr="0013438E" w:rsidRDefault="00E04427">
            <w:pPr>
              <w:rPr>
                <w:lang w:val="ru-RU"/>
              </w:rPr>
            </w:pPr>
          </w:p>
          <w:p w:rsidR="00E04427" w:rsidRPr="0013438E" w:rsidRDefault="0013438E">
            <w:pPr>
              <w:rPr>
                <w:lang w:val="ru-RU"/>
              </w:rPr>
            </w:pPr>
            <w:proofErr w:type="spellStart"/>
            <w:r w:rsidRPr="0013438E">
              <w:rPr>
                <w:b/>
                <w:lang w:val="ru-RU"/>
              </w:rPr>
              <w:t>Жеткізу</w:t>
            </w:r>
            <w:proofErr w:type="spellEnd"/>
            <w:r w:rsidRPr="0013438E">
              <w:rPr>
                <w:b/>
                <w:lang w:val="ru-RU"/>
              </w:rPr>
              <w:t xml:space="preserve"> </w:t>
            </w:r>
            <w:proofErr w:type="spellStart"/>
            <w:r w:rsidRPr="0013438E">
              <w:rPr>
                <w:b/>
                <w:lang w:val="ru-RU"/>
              </w:rPr>
              <w:t>жиынтығы</w:t>
            </w:r>
            <w:proofErr w:type="spellEnd"/>
            <w:r w:rsidRPr="0013438E">
              <w:rPr>
                <w:b/>
                <w:lang w:val="ru-RU"/>
              </w:rPr>
              <w:t xml:space="preserve"> (12 </w:t>
            </w:r>
            <w:proofErr w:type="spellStart"/>
            <w:r w:rsidRPr="0013438E">
              <w:rPr>
                <w:b/>
                <w:lang w:val="ru-RU"/>
              </w:rPr>
              <w:t>принтерге</w:t>
            </w:r>
            <w:proofErr w:type="spellEnd"/>
            <w:r w:rsidRPr="0013438E">
              <w:rPr>
                <w:b/>
                <w:lang w:val="ru-RU"/>
              </w:rPr>
              <w:t>):</w:t>
            </w:r>
          </w:p>
          <w:p w:rsidR="00E04427" w:rsidRPr="0013438E" w:rsidRDefault="0013438E">
            <w:pPr>
              <w:jc w:val="both"/>
              <w:rPr>
                <w:lang w:val="ru-RU"/>
              </w:rPr>
            </w:pPr>
            <w:r w:rsidRPr="0013438E">
              <w:rPr>
                <w:lang w:val="ru-RU"/>
              </w:rPr>
              <w:t xml:space="preserve">- Этикетка </w:t>
            </w:r>
            <w:proofErr w:type="spellStart"/>
            <w:r w:rsidRPr="0013438E">
              <w:rPr>
                <w:lang w:val="ru-RU"/>
              </w:rPr>
              <w:t>принтері</w:t>
            </w:r>
            <w:proofErr w:type="spellEnd"/>
            <w:r w:rsidRPr="0013438E">
              <w:rPr>
                <w:lang w:val="ru-RU"/>
              </w:rPr>
              <w:t xml:space="preserve"> — 12 дана;</w:t>
            </w:r>
          </w:p>
          <w:p w:rsidR="00E04427" w:rsidRPr="0013438E" w:rsidRDefault="0013438E">
            <w:pPr>
              <w:jc w:val="both"/>
              <w:rPr>
                <w:lang w:val="ru-RU"/>
              </w:rPr>
            </w:pPr>
            <w:r w:rsidRPr="0013438E">
              <w:rPr>
                <w:lang w:val="ru-RU"/>
              </w:rPr>
              <w:t xml:space="preserve">- </w:t>
            </w:r>
            <w:proofErr w:type="spellStart"/>
            <w:r w:rsidRPr="0013438E">
              <w:rPr>
                <w:lang w:val="ru-RU"/>
              </w:rPr>
              <w:t>Қуат</w:t>
            </w:r>
            <w:proofErr w:type="spellEnd"/>
            <w:r w:rsidRPr="0013438E">
              <w:rPr>
                <w:lang w:val="ru-RU"/>
              </w:rPr>
              <w:t xml:space="preserve"> </w:t>
            </w:r>
            <w:proofErr w:type="spellStart"/>
            <w:r w:rsidRPr="0013438E">
              <w:rPr>
                <w:lang w:val="ru-RU"/>
              </w:rPr>
              <w:t>кабелі</w:t>
            </w:r>
            <w:proofErr w:type="spellEnd"/>
            <w:r w:rsidRPr="0013438E">
              <w:rPr>
                <w:lang w:val="ru-RU"/>
              </w:rPr>
              <w:t xml:space="preserve"> бар </w:t>
            </w:r>
            <w:proofErr w:type="spellStart"/>
            <w:r w:rsidRPr="0013438E">
              <w:rPr>
                <w:lang w:val="ru-RU"/>
              </w:rPr>
              <w:t>қуат</w:t>
            </w:r>
            <w:proofErr w:type="spellEnd"/>
            <w:r w:rsidRPr="0013438E">
              <w:rPr>
                <w:lang w:val="ru-RU"/>
              </w:rPr>
              <w:t xml:space="preserve"> </w:t>
            </w:r>
            <w:proofErr w:type="spellStart"/>
            <w:r w:rsidRPr="0013438E">
              <w:rPr>
                <w:lang w:val="ru-RU"/>
              </w:rPr>
              <w:t>адаптері</w:t>
            </w:r>
            <w:proofErr w:type="spellEnd"/>
            <w:r w:rsidRPr="0013438E">
              <w:rPr>
                <w:lang w:val="ru-RU"/>
              </w:rPr>
              <w:t xml:space="preserve"> — 12 </w:t>
            </w:r>
            <w:proofErr w:type="gramStart"/>
            <w:r w:rsidRPr="0013438E">
              <w:rPr>
                <w:lang w:val="ru-RU"/>
              </w:rPr>
              <w:t>дана</w:t>
            </w:r>
            <w:proofErr w:type="gramEnd"/>
            <w:r w:rsidRPr="0013438E">
              <w:rPr>
                <w:lang w:val="ru-RU"/>
              </w:rPr>
              <w:t>;</w:t>
            </w:r>
          </w:p>
          <w:p w:rsidR="00E04427" w:rsidRPr="0013438E" w:rsidRDefault="0013438E">
            <w:pPr>
              <w:jc w:val="both"/>
              <w:rPr>
                <w:lang w:val="ru-RU"/>
              </w:rPr>
            </w:pPr>
            <w:r w:rsidRPr="0013438E">
              <w:rPr>
                <w:lang w:val="ru-RU"/>
              </w:rPr>
              <w:t xml:space="preserve">- </w:t>
            </w:r>
            <w:r>
              <w:t>USB</w:t>
            </w:r>
            <w:r w:rsidRPr="0013438E">
              <w:rPr>
                <w:lang w:val="ru-RU"/>
              </w:rPr>
              <w:t xml:space="preserve"> </w:t>
            </w:r>
            <w:proofErr w:type="spellStart"/>
            <w:r w:rsidRPr="0013438E">
              <w:rPr>
                <w:lang w:val="ru-RU"/>
              </w:rPr>
              <w:t>кабелі</w:t>
            </w:r>
            <w:proofErr w:type="spellEnd"/>
            <w:r w:rsidRPr="0013438E">
              <w:rPr>
                <w:lang w:val="ru-RU"/>
              </w:rPr>
              <w:t xml:space="preserve"> — 12 дана;</w:t>
            </w:r>
          </w:p>
          <w:p w:rsidR="00E04427" w:rsidRPr="0013438E" w:rsidRDefault="0013438E">
            <w:pPr>
              <w:jc w:val="both"/>
              <w:rPr>
                <w:lang w:val="ru-RU"/>
              </w:rPr>
            </w:pPr>
            <w:r w:rsidRPr="0013438E">
              <w:rPr>
                <w:lang w:val="ru-RU"/>
              </w:rPr>
              <w:t xml:space="preserve">- </w:t>
            </w:r>
            <w:proofErr w:type="spellStart"/>
            <w:r w:rsidRPr="0013438E">
              <w:rPr>
                <w:lang w:val="ru-RU"/>
              </w:rPr>
              <w:t>Құжаттама</w:t>
            </w:r>
            <w:proofErr w:type="spellEnd"/>
            <w:r w:rsidRPr="0013438E">
              <w:rPr>
                <w:lang w:val="ru-RU"/>
              </w:rPr>
              <w:t xml:space="preserve"> (</w:t>
            </w:r>
            <w:proofErr w:type="spellStart"/>
            <w:r w:rsidRPr="0013438E">
              <w:rPr>
                <w:lang w:val="ru-RU"/>
              </w:rPr>
              <w:t>пайдаланушы</w:t>
            </w:r>
            <w:proofErr w:type="spellEnd"/>
            <w:r w:rsidRPr="0013438E">
              <w:rPr>
                <w:lang w:val="ru-RU"/>
              </w:rPr>
              <w:t xml:space="preserve"> </w:t>
            </w:r>
            <w:proofErr w:type="spellStart"/>
            <w:r w:rsidRPr="0013438E">
              <w:rPr>
                <w:lang w:val="ru-RU"/>
              </w:rPr>
              <w:t>нұсқаулығы</w:t>
            </w:r>
            <w:proofErr w:type="spellEnd"/>
            <w:r w:rsidRPr="0013438E">
              <w:rPr>
                <w:lang w:val="ru-RU"/>
              </w:rPr>
              <w:t xml:space="preserve">) — 12 </w:t>
            </w:r>
            <w:proofErr w:type="spellStart"/>
            <w:r w:rsidRPr="0013438E">
              <w:rPr>
                <w:lang w:val="ru-RU"/>
              </w:rPr>
              <w:t>жиынтық</w:t>
            </w:r>
            <w:proofErr w:type="spellEnd"/>
            <w:r w:rsidRPr="0013438E">
              <w:rPr>
                <w:lang w:val="ru-RU"/>
              </w:rPr>
              <w:t xml:space="preserve"> (</w:t>
            </w:r>
            <w:proofErr w:type="spellStart"/>
            <w:r w:rsidRPr="0013438E">
              <w:rPr>
                <w:lang w:val="ru-RU"/>
              </w:rPr>
              <w:t>ә</w:t>
            </w:r>
            <w:proofErr w:type="gramStart"/>
            <w:r w:rsidRPr="0013438E">
              <w:rPr>
                <w:lang w:val="ru-RU"/>
              </w:rPr>
              <w:t>р</w:t>
            </w:r>
            <w:proofErr w:type="spellEnd"/>
            <w:proofErr w:type="gramEnd"/>
            <w:r w:rsidRPr="0013438E">
              <w:rPr>
                <w:lang w:val="ru-RU"/>
              </w:rPr>
              <w:t xml:space="preserve"> </w:t>
            </w:r>
            <w:proofErr w:type="spellStart"/>
            <w:r w:rsidRPr="0013438E">
              <w:rPr>
                <w:lang w:val="ru-RU"/>
              </w:rPr>
              <w:t>принтерге</w:t>
            </w:r>
            <w:proofErr w:type="spellEnd"/>
            <w:r w:rsidRPr="0013438E">
              <w:rPr>
                <w:lang w:val="ru-RU"/>
              </w:rPr>
              <w:t xml:space="preserve"> </w:t>
            </w:r>
            <w:proofErr w:type="spellStart"/>
            <w:r w:rsidRPr="0013438E">
              <w:rPr>
                <w:lang w:val="ru-RU"/>
              </w:rPr>
              <w:t>бір</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Өздігінен</w:t>
            </w:r>
            <w:proofErr w:type="spellEnd"/>
            <w:r w:rsidRPr="0013438E">
              <w:rPr>
                <w:lang w:val="ru-RU"/>
              </w:rPr>
              <w:t xml:space="preserve"> </w:t>
            </w:r>
            <w:proofErr w:type="spellStart"/>
            <w:r w:rsidRPr="0013438E">
              <w:rPr>
                <w:lang w:val="ru-RU"/>
              </w:rPr>
              <w:t>жабысатын</w:t>
            </w:r>
            <w:proofErr w:type="spellEnd"/>
            <w:r w:rsidRPr="0013438E">
              <w:rPr>
                <w:lang w:val="ru-RU"/>
              </w:rPr>
              <w:t xml:space="preserve"> полипропилен </w:t>
            </w:r>
            <w:proofErr w:type="spellStart"/>
            <w:r w:rsidRPr="0013438E">
              <w:rPr>
                <w:lang w:val="ru-RU"/>
              </w:rPr>
              <w:t>этикеткалар</w:t>
            </w:r>
            <w:proofErr w:type="spellEnd"/>
            <w:r w:rsidRPr="0013438E">
              <w:rPr>
                <w:lang w:val="ru-RU"/>
              </w:rPr>
              <w:t xml:space="preserve"> 58 × 40 мм, </w:t>
            </w:r>
            <w:proofErr w:type="spellStart"/>
            <w:r w:rsidRPr="0013438E">
              <w:rPr>
                <w:lang w:val="ru-RU"/>
              </w:rPr>
              <w:t>өзегі</w:t>
            </w:r>
            <w:proofErr w:type="spellEnd"/>
            <w:r w:rsidRPr="0013438E">
              <w:rPr>
                <w:lang w:val="ru-RU"/>
              </w:rPr>
              <w:t xml:space="preserve"> 40 мм, </w:t>
            </w:r>
            <w:proofErr w:type="spellStart"/>
            <w:r w:rsidRPr="0013438E">
              <w:rPr>
                <w:lang w:val="ru-RU"/>
              </w:rPr>
              <w:t>орамда</w:t>
            </w:r>
            <w:proofErr w:type="spellEnd"/>
            <w:r w:rsidRPr="0013438E">
              <w:rPr>
                <w:lang w:val="ru-RU"/>
              </w:rPr>
              <w:t xml:space="preserve"> 1000 </w:t>
            </w:r>
            <w:proofErr w:type="gramStart"/>
            <w:r w:rsidRPr="0013438E">
              <w:rPr>
                <w:lang w:val="ru-RU"/>
              </w:rPr>
              <w:t>дана</w:t>
            </w:r>
            <w:proofErr w:type="gramEnd"/>
            <w:r w:rsidRPr="0013438E">
              <w:rPr>
                <w:lang w:val="ru-RU"/>
              </w:rPr>
              <w:t xml:space="preserve"> — 90 </w:t>
            </w:r>
            <w:proofErr w:type="spellStart"/>
            <w:r w:rsidRPr="0013438E">
              <w:rPr>
                <w:lang w:val="ru-RU"/>
              </w:rPr>
              <w:t>орам</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Бояғыш</w:t>
            </w:r>
            <w:proofErr w:type="spellEnd"/>
            <w:r w:rsidRPr="0013438E">
              <w:rPr>
                <w:lang w:val="ru-RU"/>
              </w:rPr>
              <w:t xml:space="preserve"> </w:t>
            </w:r>
            <w:proofErr w:type="spellStart"/>
            <w:r w:rsidRPr="0013438E">
              <w:rPr>
                <w:lang w:val="ru-RU"/>
              </w:rPr>
              <w:t>таспа</w:t>
            </w:r>
            <w:proofErr w:type="spellEnd"/>
            <w:r w:rsidRPr="0013438E">
              <w:rPr>
                <w:lang w:val="ru-RU"/>
              </w:rPr>
              <w:t xml:space="preserve"> (</w:t>
            </w:r>
            <w:proofErr w:type="spellStart"/>
            <w:r w:rsidRPr="0013438E">
              <w:rPr>
                <w:lang w:val="ru-RU"/>
              </w:rPr>
              <w:t>риббон</w:t>
            </w:r>
            <w:proofErr w:type="spellEnd"/>
            <w:r w:rsidRPr="0013438E">
              <w:rPr>
                <w:lang w:val="ru-RU"/>
              </w:rPr>
              <w:t xml:space="preserve">) </w:t>
            </w:r>
            <w:r>
              <w:t>Resin</w:t>
            </w:r>
            <w:r w:rsidRPr="0013438E">
              <w:rPr>
                <w:lang w:val="ru-RU"/>
              </w:rPr>
              <w:t xml:space="preserve"> 60 мм × 300 м, </w:t>
            </w:r>
            <w:proofErr w:type="spellStart"/>
            <w:r w:rsidRPr="0013438E">
              <w:rPr>
                <w:lang w:val="ru-RU"/>
              </w:rPr>
              <w:t>бояғыш</w:t>
            </w:r>
            <w:proofErr w:type="spellEnd"/>
            <w:r w:rsidRPr="0013438E">
              <w:rPr>
                <w:lang w:val="ru-RU"/>
              </w:rPr>
              <w:t xml:space="preserve"> </w:t>
            </w:r>
            <w:proofErr w:type="spellStart"/>
            <w:r w:rsidRPr="0013438E">
              <w:rPr>
                <w:lang w:val="ru-RU"/>
              </w:rPr>
              <w:t>қабаты</w:t>
            </w:r>
            <w:proofErr w:type="spellEnd"/>
            <w:r w:rsidRPr="0013438E">
              <w:rPr>
                <w:lang w:val="ru-RU"/>
              </w:rPr>
              <w:t xml:space="preserve"> </w:t>
            </w:r>
            <w:proofErr w:type="spellStart"/>
            <w:proofErr w:type="gramStart"/>
            <w:r w:rsidRPr="0013438E">
              <w:rPr>
                <w:lang w:val="ru-RU"/>
              </w:rPr>
              <w:t>сырт</w:t>
            </w:r>
            <w:proofErr w:type="gramEnd"/>
            <w:r w:rsidRPr="0013438E">
              <w:rPr>
                <w:lang w:val="ru-RU"/>
              </w:rPr>
              <w:t>қа</w:t>
            </w:r>
            <w:proofErr w:type="spellEnd"/>
            <w:r w:rsidRPr="0013438E">
              <w:rPr>
                <w:lang w:val="ru-RU"/>
              </w:rPr>
              <w:t xml:space="preserve"> </w:t>
            </w:r>
            <w:proofErr w:type="spellStart"/>
            <w:r w:rsidRPr="0013438E">
              <w:rPr>
                <w:lang w:val="ru-RU"/>
              </w:rPr>
              <w:t>қарай</w:t>
            </w:r>
            <w:proofErr w:type="spellEnd"/>
            <w:r w:rsidRPr="0013438E">
              <w:rPr>
                <w:lang w:val="ru-RU"/>
              </w:rPr>
              <w:t xml:space="preserve"> (</w:t>
            </w:r>
            <w:r>
              <w:t>OUT</w:t>
            </w:r>
            <w:r w:rsidRPr="0013438E">
              <w:rPr>
                <w:lang w:val="ru-RU"/>
              </w:rPr>
              <w:t xml:space="preserve">), </w:t>
            </w:r>
            <w:proofErr w:type="spellStart"/>
            <w:r w:rsidRPr="0013438E">
              <w:rPr>
                <w:lang w:val="ru-RU"/>
              </w:rPr>
              <w:t>өзегі</w:t>
            </w:r>
            <w:proofErr w:type="spellEnd"/>
            <w:r w:rsidRPr="0013438E">
              <w:rPr>
                <w:lang w:val="ru-RU"/>
              </w:rPr>
              <w:t xml:space="preserve"> 25,4 мм — 15 </w:t>
            </w:r>
            <w:proofErr w:type="spellStart"/>
            <w:r w:rsidRPr="0013438E">
              <w:rPr>
                <w:lang w:val="ru-RU"/>
              </w:rPr>
              <w:t>орам</w:t>
            </w:r>
            <w:proofErr w:type="spellEnd"/>
            <w:r w:rsidRPr="0013438E">
              <w:rPr>
                <w:lang w:val="ru-RU"/>
              </w:rPr>
              <w:t>.</w:t>
            </w:r>
          </w:p>
          <w:p w:rsidR="00E04427" w:rsidRPr="0013438E" w:rsidRDefault="00E04427">
            <w:pPr>
              <w:rPr>
                <w:lang w:val="ru-RU"/>
              </w:rPr>
            </w:pPr>
          </w:p>
          <w:p w:rsidR="00E04427" w:rsidRPr="0013438E" w:rsidRDefault="0013438E">
            <w:pPr>
              <w:rPr>
                <w:lang w:val="ru-RU"/>
              </w:rPr>
            </w:pPr>
            <w:proofErr w:type="spellStart"/>
            <w:r w:rsidRPr="0013438E">
              <w:rPr>
                <w:b/>
                <w:lang w:val="ru-RU"/>
              </w:rPr>
              <w:t>Жеткізу</w:t>
            </w:r>
            <w:proofErr w:type="spellEnd"/>
            <w:r w:rsidRPr="0013438E">
              <w:rPr>
                <w:b/>
                <w:lang w:val="ru-RU"/>
              </w:rPr>
              <w:t xml:space="preserve"> </w:t>
            </w:r>
            <w:proofErr w:type="spellStart"/>
            <w:r w:rsidRPr="0013438E">
              <w:rPr>
                <w:b/>
                <w:lang w:val="ru-RU"/>
              </w:rPr>
              <w:t>жиынтығына</w:t>
            </w:r>
            <w:proofErr w:type="spellEnd"/>
            <w:r w:rsidRPr="0013438E">
              <w:rPr>
                <w:b/>
                <w:lang w:val="ru-RU"/>
              </w:rPr>
              <w:t xml:space="preserve"> </w:t>
            </w:r>
            <w:proofErr w:type="spellStart"/>
            <w:r w:rsidRPr="0013438E">
              <w:rPr>
                <w:b/>
                <w:lang w:val="ru-RU"/>
              </w:rPr>
              <w:t>кіретін</w:t>
            </w:r>
            <w:proofErr w:type="spellEnd"/>
            <w:r w:rsidRPr="0013438E">
              <w:rPr>
                <w:b/>
                <w:lang w:val="ru-RU"/>
              </w:rPr>
              <w:t xml:space="preserve"> </w:t>
            </w:r>
            <w:proofErr w:type="spellStart"/>
            <w:r w:rsidRPr="0013438E">
              <w:rPr>
                <w:b/>
                <w:lang w:val="ru-RU"/>
              </w:rPr>
              <w:t>шығыс</w:t>
            </w:r>
            <w:proofErr w:type="spellEnd"/>
            <w:r w:rsidRPr="0013438E">
              <w:rPr>
                <w:b/>
                <w:lang w:val="ru-RU"/>
              </w:rPr>
              <w:t xml:space="preserve"> </w:t>
            </w:r>
            <w:proofErr w:type="spellStart"/>
            <w:r w:rsidRPr="0013438E">
              <w:rPr>
                <w:b/>
                <w:lang w:val="ru-RU"/>
              </w:rPr>
              <w:t>материалдарына</w:t>
            </w:r>
            <w:proofErr w:type="spellEnd"/>
            <w:r w:rsidRPr="0013438E">
              <w:rPr>
                <w:b/>
                <w:lang w:val="ru-RU"/>
              </w:rPr>
              <w:t xml:space="preserve"> </w:t>
            </w:r>
            <w:proofErr w:type="spellStart"/>
            <w:r w:rsidRPr="0013438E">
              <w:rPr>
                <w:b/>
                <w:lang w:val="ru-RU"/>
              </w:rPr>
              <w:t>қойылатын</w:t>
            </w:r>
            <w:proofErr w:type="spellEnd"/>
            <w:r w:rsidRPr="0013438E">
              <w:rPr>
                <w:b/>
                <w:lang w:val="ru-RU"/>
              </w:rPr>
              <w:t xml:space="preserve"> </w:t>
            </w:r>
            <w:proofErr w:type="spellStart"/>
            <w:r w:rsidRPr="0013438E">
              <w:rPr>
                <w:b/>
                <w:lang w:val="ru-RU"/>
              </w:rPr>
              <w:t>талаптар</w:t>
            </w:r>
            <w:proofErr w:type="spellEnd"/>
            <w:r w:rsidRPr="0013438E">
              <w:rPr>
                <w:b/>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Этикеткалар</w:t>
            </w:r>
            <w:proofErr w:type="spellEnd"/>
            <w:r w:rsidRPr="0013438E">
              <w:rPr>
                <w:lang w:val="ru-RU"/>
              </w:rPr>
              <w:t xml:space="preserve"> — 90 </w:t>
            </w:r>
            <w:proofErr w:type="spellStart"/>
            <w:r w:rsidRPr="0013438E">
              <w:rPr>
                <w:lang w:val="ru-RU"/>
              </w:rPr>
              <w:t>орам</w:t>
            </w:r>
            <w:proofErr w:type="spellEnd"/>
            <w:r w:rsidRPr="0013438E">
              <w:rPr>
                <w:lang w:val="ru-RU"/>
              </w:rPr>
              <w:t xml:space="preserve"> (90 000 дана): </w:t>
            </w:r>
            <w:proofErr w:type="spellStart"/>
            <w:r w:rsidRPr="0013438E">
              <w:rPr>
                <w:lang w:val="ru-RU"/>
              </w:rPr>
              <w:t>ақ</w:t>
            </w:r>
            <w:proofErr w:type="spellEnd"/>
            <w:r w:rsidRPr="0013438E">
              <w:rPr>
                <w:lang w:val="ru-RU"/>
              </w:rPr>
              <w:t xml:space="preserve"> полипропилен (</w:t>
            </w:r>
            <w:r>
              <w:t>PP</w:t>
            </w:r>
            <w:r w:rsidRPr="0013438E">
              <w:rPr>
                <w:lang w:val="ru-RU"/>
              </w:rPr>
              <w:t xml:space="preserve">), </w:t>
            </w:r>
            <w:proofErr w:type="spellStart"/>
            <w:r w:rsidRPr="0013438E">
              <w:rPr>
                <w:lang w:val="ru-RU"/>
              </w:rPr>
              <w:t>термотрансферлік</w:t>
            </w:r>
            <w:proofErr w:type="spellEnd"/>
            <w:r w:rsidRPr="0013438E">
              <w:rPr>
                <w:lang w:val="ru-RU"/>
              </w:rPr>
              <w:t xml:space="preserve"> </w:t>
            </w:r>
            <w:proofErr w:type="spellStart"/>
            <w:r w:rsidRPr="0013438E">
              <w:rPr>
                <w:lang w:val="ru-RU"/>
              </w:rPr>
              <w:t>басып</w:t>
            </w:r>
            <w:proofErr w:type="spellEnd"/>
            <w:r w:rsidRPr="0013438E">
              <w:rPr>
                <w:lang w:val="ru-RU"/>
              </w:rPr>
              <w:t xml:space="preserve"> </w:t>
            </w:r>
            <w:proofErr w:type="spellStart"/>
            <w:r w:rsidRPr="0013438E">
              <w:rPr>
                <w:lang w:val="ru-RU"/>
              </w:rPr>
              <w:t>шығ</w:t>
            </w:r>
            <w:proofErr w:type="gramStart"/>
            <w:r w:rsidRPr="0013438E">
              <w:rPr>
                <w:lang w:val="ru-RU"/>
              </w:rPr>
              <w:t>ару</w:t>
            </w:r>
            <w:proofErr w:type="gramEnd"/>
            <w:r w:rsidRPr="0013438E">
              <w:rPr>
                <w:lang w:val="ru-RU"/>
              </w:rPr>
              <w:t>ға</w:t>
            </w:r>
            <w:proofErr w:type="spellEnd"/>
            <w:r w:rsidRPr="0013438E">
              <w:rPr>
                <w:lang w:val="ru-RU"/>
              </w:rPr>
              <w:t xml:space="preserve"> </w:t>
            </w:r>
            <w:proofErr w:type="spellStart"/>
            <w:r w:rsidRPr="0013438E">
              <w:rPr>
                <w:lang w:val="ru-RU"/>
              </w:rPr>
              <w:t>арналған</w:t>
            </w:r>
            <w:proofErr w:type="spellEnd"/>
            <w:r w:rsidRPr="0013438E">
              <w:rPr>
                <w:lang w:val="ru-RU"/>
              </w:rPr>
              <w:t xml:space="preserve">; </w:t>
            </w:r>
            <w:proofErr w:type="spellStart"/>
            <w:r w:rsidRPr="0013438E">
              <w:rPr>
                <w:lang w:val="ru-RU"/>
              </w:rPr>
              <w:t>тұрақты</w:t>
            </w:r>
            <w:proofErr w:type="spellEnd"/>
            <w:r w:rsidRPr="0013438E">
              <w:rPr>
                <w:lang w:val="ru-RU"/>
              </w:rPr>
              <w:t xml:space="preserve"> </w:t>
            </w:r>
            <w:proofErr w:type="spellStart"/>
            <w:r w:rsidRPr="0013438E">
              <w:rPr>
                <w:lang w:val="ru-RU"/>
              </w:rPr>
              <w:t>желім</w:t>
            </w:r>
            <w:proofErr w:type="spellEnd"/>
            <w:r w:rsidRPr="0013438E">
              <w:rPr>
                <w:lang w:val="ru-RU"/>
              </w:rPr>
              <w:t xml:space="preserve"> </w:t>
            </w:r>
            <w:proofErr w:type="spellStart"/>
            <w:r w:rsidRPr="0013438E">
              <w:rPr>
                <w:lang w:val="ru-RU"/>
              </w:rPr>
              <w:t>қабаты</w:t>
            </w:r>
            <w:proofErr w:type="spellEnd"/>
            <w:r w:rsidRPr="0013438E">
              <w:rPr>
                <w:lang w:val="ru-RU"/>
              </w:rPr>
              <w:t xml:space="preserve">; </w:t>
            </w:r>
            <w:proofErr w:type="spellStart"/>
            <w:r w:rsidRPr="0013438E">
              <w:rPr>
                <w:lang w:val="ru-RU"/>
              </w:rPr>
              <w:t>өлшемі</w:t>
            </w:r>
            <w:proofErr w:type="spellEnd"/>
            <w:r w:rsidRPr="0013438E">
              <w:rPr>
                <w:lang w:val="ru-RU"/>
              </w:rPr>
              <w:t xml:space="preserve"> 58 × 40 мм, </w:t>
            </w:r>
            <w:proofErr w:type="spellStart"/>
            <w:r w:rsidRPr="0013438E">
              <w:rPr>
                <w:lang w:val="ru-RU"/>
              </w:rPr>
              <w:t>саңылаулы</w:t>
            </w:r>
            <w:proofErr w:type="spellEnd"/>
            <w:r w:rsidRPr="0013438E">
              <w:rPr>
                <w:lang w:val="ru-RU"/>
              </w:rPr>
              <w:t xml:space="preserve"> </w:t>
            </w:r>
            <w:proofErr w:type="spellStart"/>
            <w:r w:rsidRPr="0013438E">
              <w:rPr>
                <w:lang w:val="ru-RU"/>
              </w:rPr>
              <w:t>кесілген</w:t>
            </w:r>
            <w:proofErr w:type="spellEnd"/>
            <w:r w:rsidRPr="0013438E">
              <w:rPr>
                <w:lang w:val="ru-RU"/>
              </w:rPr>
              <w:t xml:space="preserve">; </w:t>
            </w:r>
            <w:proofErr w:type="spellStart"/>
            <w:r w:rsidRPr="0013438E">
              <w:rPr>
                <w:lang w:val="ru-RU"/>
              </w:rPr>
              <w:t>өзегі</w:t>
            </w:r>
            <w:proofErr w:type="spellEnd"/>
            <w:r w:rsidRPr="0013438E">
              <w:rPr>
                <w:lang w:val="ru-RU"/>
              </w:rPr>
              <w:t xml:space="preserve"> 40 мм; </w:t>
            </w:r>
            <w:proofErr w:type="spellStart"/>
            <w:r w:rsidRPr="0013438E">
              <w:rPr>
                <w:lang w:val="ru-RU"/>
              </w:rPr>
              <w:t>орамда</w:t>
            </w:r>
            <w:proofErr w:type="spellEnd"/>
            <w:r w:rsidRPr="0013438E">
              <w:rPr>
                <w:lang w:val="ru-RU"/>
              </w:rPr>
              <w:t xml:space="preserve"> 1000 дана; </w:t>
            </w:r>
            <w:proofErr w:type="spellStart"/>
            <w:r w:rsidRPr="0013438E">
              <w:rPr>
                <w:lang w:val="ru-RU"/>
              </w:rPr>
              <w:t>этикеткалары</w:t>
            </w:r>
            <w:proofErr w:type="spellEnd"/>
            <w:r w:rsidRPr="0013438E">
              <w:rPr>
                <w:lang w:val="ru-RU"/>
              </w:rPr>
              <w:t xml:space="preserve"> </w:t>
            </w:r>
            <w:proofErr w:type="spellStart"/>
            <w:r w:rsidRPr="0013438E">
              <w:rPr>
                <w:lang w:val="ru-RU"/>
              </w:rPr>
              <w:t>сыртқа</w:t>
            </w:r>
            <w:proofErr w:type="spellEnd"/>
            <w:r w:rsidRPr="0013438E">
              <w:rPr>
                <w:lang w:val="ru-RU"/>
              </w:rPr>
              <w:t xml:space="preserve"> </w:t>
            </w:r>
            <w:proofErr w:type="spellStart"/>
            <w:r w:rsidRPr="0013438E">
              <w:rPr>
                <w:lang w:val="ru-RU"/>
              </w:rPr>
              <w:t>қарай</w:t>
            </w:r>
            <w:proofErr w:type="spellEnd"/>
            <w:r w:rsidRPr="0013438E">
              <w:rPr>
                <w:lang w:val="ru-RU"/>
              </w:rPr>
              <w:t xml:space="preserve"> </w:t>
            </w:r>
            <w:proofErr w:type="spellStart"/>
            <w:r w:rsidRPr="0013438E">
              <w:rPr>
                <w:lang w:val="ru-RU"/>
              </w:rPr>
              <w:t>оралған</w:t>
            </w:r>
            <w:proofErr w:type="spellEnd"/>
            <w:r w:rsidRPr="0013438E">
              <w:rPr>
                <w:lang w:val="ru-RU"/>
              </w:rPr>
              <w:t xml:space="preserve">; </w:t>
            </w:r>
            <w:proofErr w:type="spellStart"/>
            <w:r w:rsidRPr="0013438E">
              <w:rPr>
                <w:lang w:val="ru-RU"/>
              </w:rPr>
              <w:t>орамның</w:t>
            </w:r>
            <w:proofErr w:type="spellEnd"/>
            <w:r w:rsidRPr="0013438E">
              <w:rPr>
                <w:lang w:val="ru-RU"/>
              </w:rPr>
              <w:t xml:space="preserve"> </w:t>
            </w:r>
            <w:proofErr w:type="spellStart"/>
            <w:r w:rsidRPr="0013438E">
              <w:rPr>
                <w:lang w:val="ru-RU"/>
              </w:rPr>
              <w:t>сыртқы</w:t>
            </w:r>
            <w:proofErr w:type="spellEnd"/>
            <w:r w:rsidRPr="0013438E">
              <w:rPr>
                <w:lang w:val="ru-RU"/>
              </w:rPr>
              <w:t xml:space="preserve"> </w:t>
            </w:r>
            <w:proofErr w:type="spellStart"/>
            <w:r w:rsidRPr="0013438E">
              <w:rPr>
                <w:lang w:val="ru-RU"/>
              </w:rPr>
              <w:t>диаметрі</w:t>
            </w:r>
            <w:proofErr w:type="spellEnd"/>
            <w:r w:rsidRPr="0013438E">
              <w:rPr>
                <w:lang w:val="ru-RU"/>
              </w:rPr>
              <w:t xml:space="preserve"> 127 мм-</w:t>
            </w:r>
            <w:proofErr w:type="spellStart"/>
            <w:r w:rsidRPr="0013438E">
              <w:rPr>
                <w:lang w:val="ru-RU"/>
              </w:rPr>
              <w:t>ден</w:t>
            </w:r>
            <w:proofErr w:type="spellEnd"/>
            <w:r w:rsidRPr="0013438E">
              <w:rPr>
                <w:lang w:val="ru-RU"/>
              </w:rPr>
              <w:t xml:space="preserve"> </w:t>
            </w:r>
            <w:proofErr w:type="spellStart"/>
            <w:r w:rsidRPr="0013438E">
              <w:rPr>
                <w:lang w:val="ru-RU"/>
              </w:rPr>
              <w:t>артық</w:t>
            </w:r>
            <w:proofErr w:type="spellEnd"/>
            <w:r w:rsidRPr="0013438E">
              <w:rPr>
                <w:lang w:val="ru-RU"/>
              </w:rPr>
              <w:t xml:space="preserve"> </w:t>
            </w:r>
            <w:proofErr w:type="spellStart"/>
            <w:r w:rsidRPr="0013438E">
              <w:rPr>
                <w:lang w:val="ru-RU"/>
              </w:rPr>
              <w:t>емес</w:t>
            </w:r>
            <w:proofErr w:type="spellEnd"/>
            <w:r w:rsidRPr="0013438E">
              <w:rPr>
                <w:lang w:val="ru-RU"/>
              </w:rPr>
              <w:t xml:space="preserve">; саны — 90 </w:t>
            </w:r>
            <w:proofErr w:type="spellStart"/>
            <w:r w:rsidRPr="0013438E">
              <w:rPr>
                <w:lang w:val="ru-RU"/>
              </w:rPr>
              <w:t>орам</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Риббон</w:t>
            </w:r>
            <w:proofErr w:type="spellEnd"/>
            <w:r w:rsidRPr="0013438E">
              <w:rPr>
                <w:lang w:val="ru-RU"/>
              </w:rPr>
              <w:t xml:space="preserve"> — 15 </w:t>
            </w:r>
            <w:proofErr w:type="spellStart"/>
            <w:r w:rsidRPr="0013438E">
              <w:rPr>
                <w:lang w:val="ru-RU"/>
              </w:rPr>
              <w:t>орам</w:t>
            </w:r>
            <w:proofErr w:type="spellEnd"/>
            <w:r w:rsidRPr="0013438E">
              <w:rPr>
                <w:lang w:val="ru-RU"/>
              </w:rPr>
              <w:t xml:space="preserve">: </w:t>
            </w:r>
            <w:r>
              <w:t>Resin</w:t>
            </w:r>
            <w:r w:rsidRPr="0013438E">
              <w:rPr>
                <w:lang w:val="ru-RU"/>
              </w:rPr>
              <w:t xml:space="preserve"> (</w:t>
            </w:r>
            <w:proofErr w:type="spellStart"/>
            <w:r w:rsidRPr="0013438E">
              <w:rPr>
                <w:lang w:val="ru-RU"/>
              </w:rPr>
              <w:t>шайырлы</w:t>
            </w:r>
            <w:proofErr w:type="spellEnd"/>
            <w:r w:rsidRPr="0013438E">
              <w:rPr>
                <w:lang w:val="ru-RU"/>
              </w:rPr>
              <w:t xml:space="preserve">) </w:t>
            </w:r>
            <w:proofErr w:type="spellStart"/>
            <w:r w:rsidRPr="0013438E">
              <w:rPr>
                <w:lang w:val="ru-RU"/>
              </w:rPr>
              <w:t>түрі</w:t>
            </w:r>
            <w:proofErr w:type="spellEnd"/>
            <w:r w:rsidRPr="0013438E">
              <w:rPr>
                <w:lang w:val="ru-RU"/>
              </w:rPr>
              <w:t xml:space="preserve">, </w:t>
            </w:r>
            <w:proofErr w:type="spellStart"/>
            <w:r w:rsidRPr="0013438E">
              <w:rPr>
                <w:lang w:val="ru-RU"/>
              </w:rPr>
              <w:t>полипропиленде</w:t>
            </w:r>
            <w:proofErr w:type="spellEnd"/>
            <w:r w:rsidRPr="0013438E">
              <w:rPr>
                <w:lang w:val="ru-RU"/>
              </w:rPr>
              <w:t xml:space="preserve"> </w:t>
            </w:r>
            <w:proofErr w:type="spellStart"/>
            <w:r w:rsidRPr="0013438E">
              <w:rPr>
                <w:lang w:val="ru-RU"/>
              </w:rPr>
              <w:t>басып</w:t>
            </w:r>
            <w:proofErr w:type="spellEnd"/>
            <w:r w:rsidRPr="0013438E">
              <w:rPr>
                <w:lang w:val="ru-RU"/>
              </w:rPr>
              <w:t xml:space="preserve"> </w:t>
            </w:r>
            <w:proofErr w:type="spellStart"/>
            <w:r w:rsidRPr="0013438E">
              <w:rPr>
                <w:lang w:val="ru-RU"/>
              </w:rPr>
              <w:t>шығаруға</w:t>
            </w:r>
            <w:proofErr w:type="spellEnd"/>
            <w:r w:rsidRPr="0013438E">
              <w:rPr>
                <w:lang w:val="ru-RU"/>
              </w:rPr>
              <w:t xml:space="preserve"> </w:t>
            </w:r>
            <w:proofErr w:type="spellStart"/>
            <w:r w:rsidRPr="0013438E">
              <w:rPr>
                <w:lang w:val="ru-RU"/>
              </w:rPr>
              <w:t>арналған</w:t>
            </w:r>
            <w:proofErr w:type="spellEnd"/>
            <w:r w:rsidRPr="0013438E">
              <w:rPr>
                <w:lang w:val="ru-RU"/>
              </w:rPr>
              <w:t xml:space="preserve">; </w:t>
            </w:r>
            <w:proofErr w:type="spellStart"/>
            <w:r w:rsidRPr="0013438E">
              <w:rPr>
                <w:lang w:val="ru-RU"/>
              </w:rPr>
              <w:t>ені</w:t>
            </w:r>
            <w:proofErr w:type="spellEnd"/>
            <w:r w:rsidRPr="0013438E">
              <w:rPr>
                <w:lang w:val="ru-RU"/>
              </w:rPr>
              <w:t xml:space="preserve"> 60 мм; </w:t>
            </w:r>
            <w:proofErr w:type="spellStart"/>
            <w:r w:rsidRPr="0013438E">
              <w:rPr>
                <w:lang w:val="ru-RU"/>
              </w:rPr>
              <w:t>ұзындығы</w:t>
            </w:r>
            <w:proofErr w:type="spellEnd"/>
            <w:r w:rsidRPr="0013438E">
              <w:rPr>
                <w:lang w:val="ru-RU"/>
              </w:rPr>
              <w:t xml:space="preserve"> 300 м; </w:t>
            </w:r>
            <w:proofErr w:type="spellStart"/>
            <w:r w:rsidRPr="0013438E">
              <w:rPr>
                <w:lang w:val="ru-RU"/>
              </w:rPr>
              <w:t>өзегі</w:t>
            </w:r>
            <w:proofErr w:type="spellEnd"/>
            <w:r w:rsidRPr="0013438E">
              <w:rPr>
                <w:lang w:val="ru-RU"/>
              </w:rPr>
              <w:t xml:space="preserve"> 25,4 мм (1"); </w:t>
            </w:r>
            <w:proofErr w:type="spellStart"/>
            <w:r w:rsidRPr="0013438E">
              <w:rPr>
                <w:lang w:val="ru-RU"/>
              </w:rPr>
              <w:t>бояғыш</w:t>
            </w:r>
            <w:proofErr w:type="spellEnd"/>
            <w:r w:rsidRPr="0013438E">
              <w:rPr>
                <w:lang w:val="ru-RU"/>
              </w:rPr>
              <w:t xml:space="preserve"> </w:t>
            </w:r>
            <w:proofErr w:type="spellStart"/>
            <w:r w:rsidRPr="0013438E">
              <w:rPr>
                <w:lang w:val="ru-RU"/>
              </w:rPr>
              <w:t>қабаты</w:t>
            </w:r>
            <w:proofErr w:type="spellEnd"/>
            <w:r w:rsidRPr="0013438E">
              <w:rPr>
                <w:lang w:val="ru-RU"/>
              </w:rPr>
              <w:t xml:space="preserve"> </w:t>
            </w:r>
            <w:proofErr w:type="spellStart"/>
            <w:r w:rsidRPr="0013438E">
              <w:rPr>
                <w:lang w:val="ru-RU"/>
              </w:rPr>
              <w:t>сыртқа</w:t>
            </w:r>
            <w:proofErr w:type="spellEnd"/>
            <w:r w:rsidRPr="0013438E">
              <w:rPr>
                <w:lang w:val="ru-RU"/>
              </w:rPr>
              <w:t xml:space="preserve"> </w:t>
            </w:r>
            <w:proofErr w:type="spellStart"/>
            <w:r w:rsidRPr="0013438E">
              <w:rPr>
                <w:lang w:val="ru-RU"/>
              </w:rPr>
              <w:t>қарай</w:t>
            </w:r>
            <w:proofErr w:type="spellEnd"/>
            <w:r w:rsidRPr="0013438E">
              <w:rPr>
                <w:lang w:val="ru-RU"/>
              </w:rPr>
              <w:t xml:space="preserve"> </w:t>
            </w:r>
            <w:proofErr w:type="spellStart"/>
            <w:r w:rsidRPr="0013438E">
              <w:rPr>
                <w:lang w:val="ru-RU"/>
              </w:rPr>
              <w:t>оралған</w:t>
            </w:r>
            <w:proofErr w:type="spellEnd"/>
            <w:r w:rsidRPr="0013438E">
              <w:rPr>
                <w:lang w:val="ru-RU"/>
              </w:rPr>
              <w:t xml:space="preserve"> (</w:t>
            </w:r>
            <w:r>
              <w:t>OUT</w:t>
            </w:r>
            <w:r w:rsidRPr="0013438E">
              <w:rPr>
                <w:lang w:val="ru-RU"/>
              </w:rPr>
              <w:t xml:space="preserve">); </w:t>
            </w:r>
            <w:proofErr w:type="spellStart"/>
            <w:r w:rsidRPr="0013438E">
              <w:rPr>
                <w:lang w:val="ru-RU"/>
              </w:rPr>
              <w:t>орамның</w:t>
            </w:r>
            <w:proofErr w:type="spellEnd"/>
            <w:r w:rsidRPr="0013438E">
              <w:rPr>
                <w:lang w:val="ru-RU"/>
              </w:rPr>
              <w:t xml:space="preserve"> </w:t>
            </w:r>
            <w:proofErr w:type="spellStart"/>
            <w:r w:rsidRPr="0013438E">
              <w:rPr>
                <w:lang w:val="ru-RU"/>
              </w:rPr>
              <w:t>сыртқы</w:t>
            </w:r>
            <w:proofErr w:type="spellEnd"/>
            <w:r w:rsidRPr="0013438E">
              <w:rPr>
                <w:lang w:val="ru-RU"/>
              </w:rPr>
              <w:t xml:space="preserve"> </w:t>
            </w:r>
            <w:proofErr w:type="spellStart"/>
            <w:r w:rsidRPr="0013438E">
              <w:rPr>
                <w:lang w:val="ru-RU"/>
              </w:rPr>
              <w:t>диаметрі</w:t>
            </w:r>
            <w:proofErr w:type="spellEnd"/>
            <w:r w:rsidRPr="0013438E">
              <w:rPr>
                <w:lang w:val="ru-RU"/>
              </w:rPr>
              <w:t xml:space="preserve"> 68 мм-</w:t>
            </w:r>
            <w:proofErr w:type="spellStart"/>
            <w:r w:rsidRPr="0013438E">
              <w:rPr>
                <w:lang w:val="ru-RU"/>
              </w:rPr>
              <w:t>ден</w:t>
            </w:r>
            <w:proofErr w:type="spellEnd"/>
            <w:r w:rsidRPr="0013438E">
              <w:rPr>
                <w:lang w:val="ru-RU"/>
              </w:rPr>
              <w:t xml:space="preserve"> </w:t>
            </w:r>
            <w:proofErr w:type="spellStart"/>
            <w:r w:rsidRPr="0013438E">
              <w:rPr>
                <w:lang w:val="ru-RU"/>
              </w:rPr>
              <w:t>артық</w:t>
            </w:r>
            <w:proofErr w:type="spellEnd"/>
            <w:r w:rsidRPr="0013438E">
              <w:rPr>
                <w:lang w:val="ru-RU"/>
              </w:rPr>
              <w:t xml:space="preserve"> </w:t>
            </w:r>
            <w:proofErr w:type="spellStart"/>
            <w:r w:rsidRPr="0013438E">
              <w:rPr>
                <w:lang w:val="ru-RU"/>
              </w:rPr>
              <w:t>емес</w:t>
            </w:r>
            <w:proofErr w:type="spellEnd"/>
            <w:r w:rsidRPr="0013438E">
              <w:rPr>
                <w:lang w:val="ru-RU"/>
              </w:rPr>
              <w:t xml:space="preserve">; саны — 15 </w:t>
            </w:r>
            <w:proofErr w:type="spellStart"/>
            <w:r w:rsidRPr="0013438E">
              <w:rPr>
                <w:lang w:val="ru-RU"/>
              </w:rPr>
              <w:t>орам</w:t>
            </w:r>
            <w:proofErr w:type="spellEnd"/>
            <w:r w:rsidRPr="0013438E">
              <w:rPr>
                <w:lang w:val="ru-RU"/>
              </w:rPr>
              <w:t>;</w:t>
            </w:r>
          </w:p>
          <w:p w:rsidR="00E04427" w:rsidRPr="0013438E" w:rsidRDefault="0013438E">
            <w:pPr>
              <w:jc w:val="both"/>
              <w:rPr>
                <w:lang w:val="ru-RU"/>
              </w:rPr>
            </w:pPr>
            <w:r w:rsidRPr="0013438E">
              <w:rPr>
                <w:lang w:val="ru-RU"/>
              </w:rPr>
              <w:t xml:space="preserve">- </w:t>
            </w:r>
            <w:proofErr w:type="spellStart"/>
            <w:r w:rsidRPr="0013438E">
              <w:rPr>
                <w:lang w:val="ru-RU"/>
              </w:rPr>
              <w:t>Шығыс</w:t>
            </w:r>
            <w:proofErr w:type="spellEnd"/>
            <w:r w:rsidRPr="0013438E">
              <w:rPr>
                <w:lang w:val="ru-RU"/>
              </w:rPr>
              <w:t xml:space="preserve"> </w:t>
            </w:r>
            <w:proofErr w:type="spellStart"/>
            <w:r w:rsidRPr="0013438E">
              <w:rPr>
                <w:lang w:val="ru-RU"/>
              </w:rPr>
              <w:t>материалдарының</w:t>
            </w:r>
            <w:proofErr w:type="spellEnd"/>
            <w:r w:rsidRPr="0013438E">
              <w:rPr>
                <w:lang w:val="ru-RU"/>
              </w:rPr>
              <w:t xml:space="preserve"> </w:t>
            </w:r>
            <w:proofErr w:type="spellStart"/>
            <w:r w:rsidRPr="0013438E">
              <w:rPr>
                <w:lang w:val="ru-RU"/>
              </w:rPr>
              <w:t>жеткізу</w:t>
            </w:r>
            <w:proofErr w:type="spellEnd"/>
            <w:r w:rsidRPr="0013438E">
              <w:rPr>
                <w:lang w:val="ru-RU"/>
              </w:rPr>
              <w:t xml:space="preserve"> </w:t>
            </w:r>
            <w:proofErr w:type="spellStart"/>
            <w:r w:rsidRPr="0013438E">
              <w:rPr>
                <w:lang w:val="ru-RU"/>
              </w:rPr>
              <w:t>сәтіндегі</w:t>
            </w:r>
            <w:proofErr w:type="spellEnd"/>
            <w:r w:rsidRPr="0013438E">
              <w:rPr>
                <w:lang w:val="ru-RU"/>
              </w:rPr>
              <w:t xml:space="preserve"> </w:t>
            </w:r>
            <w:proofErr w:type="spellStart"/>
            <w:r w:rsidRPr="0013438E">
              <w:rPr>
                <w:lang w:val="ru-RU"/>
              </w:rPr>
              <w:t>жарамдылық</w:t>
            </w:r>
            <w:proofErr w:type="spellEnd"/>
            <w:r w:rsidRPr="0013438E">
              <w:rPr>
                <w:lang w:val="ru-RU"/>
              </w:rPr>
              <w:t xml:space="preserve"> </w:t>
            </w:r>
            <w:proofErr w:type="spellStart"/>
            <w:r w:rsidRPr="0013438E">
              <w:rPr>
                <w:lang w:val="ru-RU"/>
              </w:rPr>
              <w:t>мерзі</w:t>
            </w:r>
            <w:proofErr w:type="gramStart"/>
            <w:r w:rsidRPr="0013438E">
              <w:rPr>
                <w:lang w:val="ru-RU"/>
              </w:rPr>
              <w:t>м</w:t>
            </w:r>
            <w:proofErr w:type="gramEnd"/>
            <w:r w:rsidRPr="0013438E">
              <w:rPr>
                <w:lang w:val="ru-RU"/>
              </w:rPr>
              <w:t>і</w:t>
            </w:r>
            <w:proofErr w:type="spellEnd"/>
            <w:r w:rsidRPr="0013438E">
              <w:rPr>
                <w:lang w:val="ru-RU"/>
              </w:rPr>
              <w:t xml:space="preserve">: </w:t>
            </w:r>
            <w:proofErr w:type="spellStart"/>
            <w:r w:rsidRPr="0013438E">
              <w:rPr>
                <w:lang w:val="ru-RU"/>
              </w:rPr>
              <w:t>кемінде</w:t>
            </w:r>
            <w:proofErr w:type="spellEnd"/>
            <w:r w:rsidRPr="0013438E">
              <w:rPr>
                <w:lang w:val="ru-RU"/>
              </w:rPr>
              <w:t xml:space="preserve"> 12 ай;</w:t>
            </w:r>
          </w:p>
          <w:p w:rsidR="00E04427" w:rsidRPr="0013438E" w:rsidRDefault="0013438E">
            <w:pPr>
              <w:jc w:val="both"/>
              <w:rPr>
                <w:lang w:val="ru-RU"/>
              </w:rPr>
            </w:pPr>
            <w:proofErr w:type="spellStart"/>
            <w:r w:rsidRPr="0013438E">
              <w:rPr>
                <w:lang w:val="ru-RU"/>
              </w:rPr>
              <w:t>Шығыс</w:t>
            </w:r>
            <w:proofErr w:type="spellEnd"/>
            <w:r w:rsidRPr="0013438E">
              <w:rPr>
                <w:lang w:val="ru-RU"/>
              </w:rPr>
              <w:t xml:space="preserve"> </w:t>
            </w:r>
            <w:proofErr w:type="spellStart"/>
            <w:r w:rsidRPr="0013438E">
              <w:rPr>
                <w:lang w:val="ru-RU"/>
              </w:rPr>
              <w:t>материалдары</w:t>
            </w:r>
            <w:proofErr w:type="spellEnd"/>
            <w:r w:rsidRPr="0013438E">
              <w:rPr>
                <w:lang w:val="ru-RU"/>
              </w:rPr>
              <w:t xml:space="preserve"> </w:t>
            </w:r>
            <w:proofErr w:type="spellStart"/>
            <w:r w:rsidRPr="0013438E">
              <w:rPr>
                <w:lang w:val="ru-RU"/>
              </w:rPr>
              <w:t>принтерлердің</w:t>
            </w:r>
            <w:proofErr w:type="spellEnd"/>
            <w:r w:rsidRPr="0013438E">
              <w:rPr>
                <w:lang w:val="ru-RU"/>
              </w:rPr>
              <w:t xml:space="preserve"> </w:t>
            </w:r>
            <w:proofErr w:type="spellStart"/>
            <w:r w:rsidRPr="0013438E">
              <w:rPr>
                <w:lang w:val="ru-RU"/>
              </w:rPr>
              <w:t>жеткізу</w:t>
            </w:r>
            <w:proofErr w:type="spellEnd"/>
            <w:r w:rsidRPr="0013438E">
              <w:rPr>
                <w:lang w:val="ru-RU"/>
              </w:rPr>
              <w:t xml:space="preserve"> </w:t>
            </w:r>
            <w:proofErr w:type="spellStart"/>
            <w:r w:rsidRPr="0013438E">
              <w:rPr>
                <w:lang w:val="ru-RU"/>
              </w:rPr>
              <w:t>жиынтығына</w:t>
            </w:r>
            <w:proofErr w:type="spellEnd"/>
            <w:r w:rsidRPr="0013438E">
              <w:rPr>
                <w:lang w:val="ru-RU"/>
              </w:rPr>
              <w:t xml:space="preserve"> </w:t>
            </w:r>
            <w:proofErr w:type="spellStart"/>
            <w:r w:rsidRPr="0013438E">
              <w:rPr>
                <w:lang w:val="ru-RU"/>
              </w:rPr>
              <w:t>кі</w:t>
            </w:r>
            <w:proofErr w:type="gramStart"/>
            <w:r w:rsidRPr="0013438E">
              <w:rPr>
                <w:lang w:val="ru-RU"/>
              </w:rPr>
              <w:t>ред</w:t>
            </w:r>
            <w:proofErr w:type="gramEnd"/>
            <w:r w:rsidRPr="0013438E">
              <w:rPr>
                <w:lang w:val="ru-RU"/>
              </w:rPr>
              <w:t>і</w:t>
            </w:r>
            <w:proofErr w:type="spellEnd"/>
            <w:r w:rsidRPr="0013438E">
              <w:rPr>
                <w:lang w:val="ru-RU"/>
              </w:rPr>
              <w:t xml:space="preserve"> </w:t>
            </w:r>
            <w:proofErr w:type="spellStart"/>
            <w:r w:rsidRPr="0013438E">
              <w:rPr>
                <w:lang w:val="ru-RU"/>
              </w:rPr>
              <w:t>және</w:t>
            </w:r>
            <w:proofErr w:type="spellEnd"/>
            <w:r w:rsidRPr="0013438E">
              <w:rPr>
                <w:lang w:val="ru-RU"/>
              </w:rPr>
              <w:t xml:space="preserve"> </w:t>
            </w:r>
            <w:proofErr w:type="spellStart"/>
            <w:r w:rsidRPr="0013438E">
              <w:rPr>
                <w:lang w:val="ru-RU"/>
              </w:rPr>
              <w:t>олармен</w:t>
            </w:r>
            <w:proofErr w:type="spellEnd"/>
            <w:r w:rsidRPr="0013438E">
              <w:rPr>
                <w:lang w:val="ru-RU"/>
              </w:rPr>
              <w:t xml:space="preserve"> </w:t>
            </w:r>
            <w:proofErr w:type="spellStart"/>
            <w:r w:rsidRPr="0013438E">
              <w:rPr>
                <w:lang w:val="ru-RU"/>
              </w:rPr>
              <w:t>бірге</w:t>
            </w:r>
            <w:proofErr w:type="spellEnd"/>
            <w:r w:rsidRPr="0013438E">
              <w:rPr>
                <w:lang w:val="ru-RU"/>
              </w:rPr>
              <w:t xml:space="preserve">, </w:t>
            </w:r>
            <w:proofErr w:type="spellStart"/>
            <w:r w:rsidRPr="0013438E">
              <w:rPr>
                <w:lang w:val="ru-RU"/>
              </w:rPr>
              <w:t>бір</w:t>
            </w:r>
            <w:proofErr w:type="spellEnd"/>
            <w:r w:rsidRPr="0013438E">
              <w:rPr>
                <w:lang w:val="ru-RU"/>
              </w:rPr>
              <w:t xml:space="preserve"> </w:t>
            </w:r>
            <w:proofErr w:type="spellStart"/>
            <w:r w:rsidRPr="0013438E">
              <w:rPr>
                <w:lang w:val="ru-RU"/>
              </w:rPr>
              <w:t>жеткізіліммен</w:t>
            </w:r>
            <w:proofErr w:type="spellEnd"/>
            <w:r w:rsidRPr="0013438E">
              <w:rPr>
                <w:lang w:val="ru-RU"/>
              </w:rPr>
              <w:t xml:space="preserve"> </w:t>
            </w:r>
            <w:proofErr w:type="spellStart"/>
            <w:r w:rsidRPr="0013438E">
              <w:rPr>
                <w:lang w:val="ru-RU"/>
              </w:rPr>
              <w:t>жеткізіледі</w:t>
            </w:r>
            <w:proofErr w:type="spellEnd"/>
            <w:r w:rsidRPr="0013438E">
              <w:rPr>
                <w:lang w:val="ru-RU"/>
              </w:rPr>
              <w:t xml:space="preserve">; </w:t>
            </w:r>
            <w:proofErr w:type="spellStart"/>
            <w:r w:rsidRPr="0013438E">
              <w:rPr>
                <w:lang w:val="ru-RU"/>
              </w:rPr>
              <w:t>тасығыш</w:t>
            </w:r>
            <w:proofErr w:type="spellEnd"/>
            <w:r w:rsidRPr="0013438E">
              <w:rPr>
                <w:lang w:val="ru-RU"/>
              </w:rPr>
              <w:t xml:space="preserve"> </w:t>
            </w:r>
            <w:proofErr w:type="spellStart"/>
            <w:r w:rsidRPr="0013438E">
              <w:rPr>
                <w:lang w:val="ru-RU"/>
              </w:rPr>
              <w:t>ені</w:t>
            </w:r>
            <w:proofErr w:type="spellEnd"/>
            <w:r w:rsidRPr="0013438E">
              <w:rPr>
                <w:lang w:val="ru-RU"/>
              </w:rPr>
              <w:t xml:space="preserve">, </w:t>
            </w:r>
            <w:proofErr w:type="spellStart"/>
            <w:r w:rsidRPr="0013438E">
              <w:rPr>
                <w:lang w:val="ru-RU"/>
              </w:rPr>
              <w:t>өзек</w:t>
            </w:r>
            <w:proofErr w:type="spellEnd"/>
            <w:r w:rsidRPr="0013438E">
              <w:rPr>
                <w:lang w:val="ru-RU"/>
              </w:rPr>
              <w:t xml:space="preserve"> </w:t>
            </w:r>
            <w:proofErr w:type="spellStart"/>
            <w:r w:rsidRPr="0013438E">
              <w:rPr>
                <w:lang w:val="ru-RU"/>
              </w:rPr>
              <w:t>диаметрі</w:t>
            </w:r>
            <w:proofErr w:type="spellEnd"/>
            <w:r w:rsidRPr="0013438E">
              <w:rPr>
                <w:lang w:val="ru-RU"/>
              </w:rPr>
              <w:t xml:space="preserve">, </w:t>
            </w:r>
            <w:proofErr w:type="spellStart"/>
            <w:r w:rsidRPr="0013438E">
              <w:rPr>
                <w:lang w:val="ru-RU"/>
              </w:rPr>
              <w:t>орам</w:t>
            </w:r>
            <w:proofErr w:type="spellEnd"/>
            <w:r w:rsidRPr="0013438E">
              <w:rPr>
                <w:lang w:val="ru-RU"/>
              </w:rPr>
              <w:t xml:space="preserve"> </w:t>
            </w:r>
            <w:proofErr w:type="spellStart"/>
            <w:r w:rsidRPr="0013438E">
              <w:rPr>
                <w:lang w:val="ru-RU"/>
              </w:rPr>
              <w:t>бағыты</w:t>
            </w:r>
            <w:proofErr w:type="spellEnd"/>
            <w:r w:rsidRPr="0013438E">
              <w:rPr>
                <w:lang w:val="ru-RU"/>
              </w:rPr>
              <w:t xml:space="preserve"> мен </w:t>
            </w:r>
            <w:proofErr w:type="spellStart"/>
            <w:r w:rsidRPr="0013438E">
              <w:rPr>
                <w:lang w:val="ru-RU"/>
              </w:rPr>
              <w:t>басып</w:t>
            </w:r>
            <w:proofErr w:type="spellEnd"/>
            <w:r w:rsidRPr="0013438E">
              <w:rPr>
                <w:lang w:val="ru-RU"/>
              </w:rPr>
              <w:t xml:space="preserve"> </w:t>
            </w:r>
            <w:proofErr w:type="spellStart"/>
            <w:r w:rsidRPr="0013438E">
              <w:rPr>
                <w:lang w:val="ru-RU"/>
              </w:rPr>
              <w:t>шығару</w:t>
            </w:r>
            <w:proofErr w:type="spellEnd"/>
            <w:r w:rsidRPr="0013438E">
              <w:rPr>
                <w:lang w:val="ru-RU"/>
              </w:rPr>
              <w:t xml:space="preserve"> </w:t>
            </w:r>
            <w:proofErr w:type="spellStart"/>
            <w:r w:rsidRPr="0013438E">
              <w:rPr>
                <w:lang w:val="ru-RU"/>
              </w:rPr>
              <w:t>түрі</w:t>
            </w:r>
            <w:proofErr w:type="spellEnd"/>
            <w:r w:rsidRPr="0013438E">
              <w:rPr>
                <w:lang w:val="ru-RU"/>
              </w:rPr>
              <w:t xml:space="preserve"> </w:t>
            </w:r>
            <w:proofErr w:type="spellStart"/>
            <w:r w:rsidRPr="0013438E">
              <w:rPr>
                <w:lang w:val="ru-RU"/>
              </w:rPr>
              <w:t>бойынша</w:t>
            </w:r>
            <w:proofErr w:type="spellEnd"/>
            <w:r w:rsidRPr="0013438E">
              <w:rPr>
                <w:lang w:val="ru-RU"/>
              </w:rPr>
              <w:t xml:space="preserve"> </w:t>
            </w:r>
            <w:proofErr w:type="spellStart"/>
            <w:r w:rsidRPr="0013438E">
              <w:rPr>
                <w:lang w:val="ru-RU"/>
              </w:rPr>
              <w:t>жеткізілетін</w:t>
            </w:r>
            <w:proofErr w:type="spellEnd"/>
            <w:r w:rsidRPr="0013438E">
              <w:rPr>
                <w:lang w:val="ru-RU"/>
              </w:rPr>
              <w:t xml:space="preserve"> </w:t>
            </w:r>
            <w:proofErr w:type="spellStart"/>
            <w:r w:rsidRPr="0013438E">
              <w:rPr>
                <w:lang w:val="ru-RU"/>
              </w:rPr>
              <w:t>принтерлермен</w:t>
            </w:r>
            <w:proofErr w:type="spellEnd"/>
            <w:r w:rsidRPr="0013438E">
              <w:rPr>
                <w:lang w:val="ru-RU"/>
              </w:rPr>
              <w:t xml:space="preserve"> </w:t>
            </w:r>
            <w:proofErr w:type="spellStart"/>
            <w:r w:rsidRPr="0013438E">
              <w:rPr>
                <w:lang w:val="ru-RU"/>
              </w:rPr>
              <w:t>толық</w:t>
            </w:r>
            <w:proofErr w:type="spellEnd"/>
            <w:r w:rsidRPr="0013438E">
              <w:rPr>
                <w:lang w:val="ru-RU"/>
              </w:rPr>
              <w:t xml:space="preserve"> </w:t>
            </w:r>
            <w:proofErr w:type="spellStart"/>
            <w:r w:rsidRPr="0013438E">
              <w:rPr>
                <w:lang w:val="ru-RU"/>
              </w:rPr>
              <w:t>үйлесімді</w:t>
            </w:r>
            <w:proofErr w:type="spellEnd"/>
            <w:r w:rsidRPr="0013438E">
              <w:rPr>
                <w:lang w:val="ru-RU"/>
              </w:rPr>
              <w:t xml:space="preserve"> </w:t>
            </w:r>
            <w:proofErr w:type="spellStart"/>
            <w:r w:rsidRPr="0013438E">
              <w:rPr>
                <w:lang w:val="ru-RU"/>
              </w:rPr>
              <w:t>болуы</w:t>
            </w:r>
            <w:proofErr w:type="spellEnd"/>
            <w:r w:rsidRPr="0013438E">
              <w:rPr>
                <w:lang w:val="ru-RU"/>
              </w:rPr>
              <w:t xml:space="preserve"> </w:t>
            </w:r>
            <w:proofErr w:type="spellStart"/>
            <w:r w:rsidRPr="0013438E">
              <w:rPr>
                <w:lang w:val="ru-RU"/>
              </w:rPr>
              <w:t>тиіс</w:t>
            </w:r>
            <w:proofErr w:type="spellEnd"/>
            <w:r w:rsidRPr="0013438E">
              <w:rPr>
                <w:lang w:val="ru-RU"/>
              </w:rPr>
              <w:t xml:space="preserve">. </w:t>
            </w:r>
            <w:proofErr w:type="spellStart"/>
            <w:r w:rsidRPr="0013438E">
              <w:rPr>
                <w:lang w:val="ru-RU"/>
              </w:rPr>
              <w:t>Принтерлерді</w:t>
            </w:r>
            <w:proofErr w:type="spellEnd"/>
            <w:r w:rsidRPr="0013438E">
              <w:rPr>
                <w:lang w:val="ru-RU"/>
              </w:rPr>
              <w:t xml:space="preserve"> </w:t>
            </w:r>
            <w:proofErr w:type="spellStart"/>
            <w:r w:rsidRPr="0013438E">
              <w:rPr>
                <w:lang w:val="ru-RU"/>
              </w:rPr>
              <w:t>шығыс</w:t>
            </w:r>
            <w:proofErr w:type="spellEnd"/>
            <w:r w:rsidRPr="0013438E">
              <w:rPr>
                <w:lang w:val="ru-RU"/>
              </w:rPr>
              <w:t xml:space="preserve"> </w:t>
            </w:r>
            <w:proofErr w:type="spellStart"/>
            <w:r w:rsidRPr="0013438E">
              <w:rPr>
                <w:lang w:val="ru-RU"/>
              </w:rPr>
              <w:t>материалдарынсыз</w:t>
            </w:r>
            <w:proofErr w:type="spellEnd"/>
            <w:r w:rsidRPr="0013438E">
              <w:rPr>
                <w:lang w:val="ru-RU"/>
              </w:rPr>
              <w:t xml:space="preserve"> </w:t>
            </w:r>
            <w:proofErr w:type="spellStart"/>
            <w:r w:rsidRPr="0013438E">
              <w:rPr>
                <w:lang w:val="ru-RU"/>
              </w:rPr>
              <w:t>жеткізуге</w:t>
            </w:r>
            <w:proofErr w:type="spellEnd"/>
            <w:r w:rsidRPr="0013438E">
              <w:rPr>
                <w:lang w:val="ru-RU"/>
              </w:rPr>
              <w:t xml:space="preserve"> </w:t>
            </w:r>
            <w:proofErr w:type="spellStart"/>
            <w:r w:rsidRPr="0013438E">
              <w:rPr>
                <w:lang w:val="ru-RU"/>
              </w:rPr>
              <w:t>жол</w:t>
            </w:r>
            <w:proofErr w:type="spellEnd"/>
            <w:r w:rsidRPr="0013438E">
              <w:rPr>
                <w:lang w:val="ru-RU"/>
              </w:rPr>
              <w:t xml:space="preserve"> </w:t>
            </w:r>
            <w:proofErr w:type="spellStart"/>
            <w:r w:rsidRPr="0013438E">
              <w:rPr>
                <w:lang w:val="ru-RU"/>
              </w:rPr>
              <w:t>берілмейді</w:t>
            </w:r>
            <w:proofErr w:type="spellEnd"/>
            <w:r w:rsidRPr="0013438E">
              <w:rPr>
                <w:lang w:val="ru-RU"/>
              </w:rPr>
              <w:t>.</w:t>
            </w:r>
          </w:p>
          <w:p w:rsidR="00E04427" w:rsidRPr="0013438E" w:rsidRDefault="00E04427">
            <w:pPr>
              <w:rPr>
                <w:lang w:val="ru-RU"/>
              </w:rPr>
            </w:pPr>
          </w:p>
          <w:p w:rsidR="00E04427" w:rsidRPr="0013438E" w:rsidRDefault="0013438E">
            <w:pPr>
              <w:rPr>
                <w:lang w:val="ru-RU"/>
              </w:rPr>
            </w:pPr>
            <w:proofErr w:type="spellStart"/>
            <w:r w:rsidRPr="0013438E">
              <w:rPr>
                <w:b/>
                <w:lang w:val="ru-RU"/>
              </w:rPr>
              <w:t>Кепілдік</w:t>
            </w:r>
            <w:proofErr w:type="spellEnd"/>
            <w:r w:rsidRPr="0013438E">
              <w:rPr>
                <w:b/>
                <w:lang w:val="ru-RU"/>
              </w:rPr>
              <w:t>:</w:t>
            </w:r>
          </w:p>
          <w:p w:rsidR="00E04427" w:rsidRPr="0013438E" w:rsidRDefault="0013438E">
            <w:pPr>
              <w:jc w:val="both"/>
              <w:rPr>
                <w:lang w:val="ru-RU"/>
              </w:rPr>
            </w:pPr>
            <w:proofErr w:type="spellStart"/>
            <w:r w:rsidRPr="0013438E">
              <w:rPr>
                <w:lang w:val="ru-RU"/>
              </w:rPr>
              <w:t>Тапсыр</w:t>
            </w:r>
            <w:proofErr w:type="gramStart"/>
            <w:r w:rsidRPr="0013438E">
              <w:rPr>
                <w:lang w:val="ru-RU"/>
              </w:rPr>
              <w:t>у-</w:t>
            </w:r>
            <w:proofErr w:type="gramEnd"/>
            <w:r w:rsidRPr="0013438E">
              <w:rPr>
                <w:lang w:val="ru-RU"/>
              </w:rPr>
              <w:t>қабылдау</w:t>
            </w:r>
            <w:proofErr w:type="spellEnd"/>
            <w:r w:rsidRPr="0013438E">
              <w:rPr>
                <w:lang w:val="ru-RU"/>
              </w:rPr>
              <w:t xml:space="preserve"> </w:t>
            </w:r>
            <w:proofErr w:type="spellStart"/>
            <w:r w:rsidRPr="0013438E">
              <w:rPr>
                <w:lang w:val="ru-RU"/>
              </w:rPr>
              <w:t>актісіне</w:t>
            </w:r>
            <w:proofErr w:type="spellEnd"/>
            <w:r w:rsidRPr="0013438E">
              <w:rPr>
                <w:lang w:val="ru-RU"/>
              </w:rPr>
              <w:t xml:space="preserve"> </w:t>
            </w:r>
            <w:proofErr w:type="spellStart"/>
            <w:r w:rsidRPr="0013438E">
              <w:rPr>
                <w:lang w:val="ru-RU"/>
              </w:rPr>
              <w:t>қол</w:t>
            </w:r>
            <w:proofErr w:type="spellEnd"/>
            <w:r w:rsidRPr="0013438E">
              <w:rPr>
                <w:lang w:val="ru-RU"/>
              </w:rPr>
              <w:t xml:space="preserve"> </w:t>
            </w:r>
            <w:proofErr w:type="spellStart"/>
            <w:r w:rsidRPr="0013438E">
              <w:rPr>
                <w:lang w:val="ru-RU"/>
              </w:rPr>
              <w:t>қойылған</w:t>
            </w:r>
            <w:proofErr w:type="spellEnd"/>
            <w:r w:rsidRPr="0013438E">
              <w:rPr>
                <w:lang w:val="ru-RU"/>
              </w:rPr>
              <w:t xml:space="preserve"> </w:t>
            </w:r>
            <w:proofErr w:type="spellStart"/>
            <w:r w:rsidRPr="0013438E">
              <w:rPr>
                <w:lang w:val="ru-RU"/>
              </w:rPr>
              <w:t>күннен</w:t>
            </w:r>
            <w:proofErr w:type="spellEnd"/>
            <w:r w:rsidRPr="0013438E">
              <w:rPr>
                <w:lang w:val="ru-RU"/>
              </w:rPr>
              <w:t xml:space="preserve"> </w:t>
            </w:r>
            <w:proofErr w:type="spellStart"/>
            <w:r w:rsidRPr="0013438E">
              <w:rPr>
                <w:lang w:val="ru-RU"/>
              </w:rPr>
              <w:t>бастап</w:t>
            </w:r>
            <w:proofErr w:type="spellEnd"/>
            <w:r w:rsidRPr="0013438E">
              <w:rPr>
                <w:lang w:val="ru-RU"/>
              </w:rPr>
              <w:t xml:space="preserve"> </w:t>
            </w:r>
            <w:proofErr w:type="spellStart"/>
            <w:r w:rsidRPr="0013438E">
              <w:rPr>
                <w:lang w:val="ru-RU"/>
              </w:rPr>
              <w:t>кемінде</w:t>
            </w:r>
            <w:proofErr w:type="spellEnd"/>
            <w:r w:rsidRPr="0013438E">
              <w:rPr>
                <w:lang w:val="ru-RU"/>
              </w:rPr>
              <w:t xml:space="preserve"> 12 (он </w:t>
            </w:r>
            <w:proofErr w:type="spellStart"/>
            <w:r w:rsidRPr="0013438E">
              <w:rPr>
                <w:lang w:val="ru-RU"/>
              </w:rPr>
              <w:t>екі</w:t>
            </w:r>
            <w:proofErr w:type="spellEnd"/>
            <w:r w:rsidRPr="0013438E">
              <w:rPr>
                <w:lang w:val="ru-RU"/>
              </w:rPr>
              <w:t xml:space="preserve">) ай, </w:t>
            </w:r>
            <w:proofErr w:type="spellStart"/>
            <w:r w:rsidRPr="0013438E">
              <w:rPr>
                <w:lang w:val="ru-RU"/>
              </w:rPr>
              <w:t>басып</w:t>
            </w:r>
            <w:proofErr w:type="spellEnd"/>
            <w:r w:rsidRPr="0013438E">
              <w:rPr>
                <w:lang w:val="ru-RU"/>
              </w:rPr>
              <w:t xml:space="preserve"> </w:t>
            </w:r>
            <w:proofErr w:type="spellStart"/>
            <w:r w:rsidRPr="0013438E">
              <w:rPr>
                <w:lang w:val="ru-RU"/>
              </w:rPr>
              <w:t>шығару</w:t>
            </w:r>
            <w:proofErr w:type="spellEnd"/>
            <w:r w:rsidRPr="0013438E">
              <w:rPr>
                <w:lang w:val="ru-RU"/>
              </w:rPr>
              <w:t xml:space="preserve"> </w:t>
            </w:r>
            <w:proofErr w:type="spellStart"/>
            <w:r w:rsidRPr="0013438E">
              <w:rPr>
                <w:lang w:val="ru-RU"/>
              </w:rPr>
              <w:t>басын</w:t>
            </w:r>
            <w:proofErr w:type="spellEnd"/>
            <w:r w:rsidRPr="0013438E">
              <w:rPr>
                <w:lang w:val="ru-RU"/>
              </w:rPr>
              <w:t xml:space="preserve"> </w:t>
            </w:r>
            <w:proofErr w:type="spellStart"/>
            <w:r w:rsidRPr="0013438E">
              <w:rPr>
                <w:lang w:val="ru-RU"/>
              </w:rPr>
              <w:t>қоса</w:t>
            </w:r>
            <w:proofErr w:type="spellEnd"/>
            <w:r w:rsidRPr="0013438E">
              <w:rPr>
                <w:lang w:val="ru-RU"/>
              </w:rPr>
              <w:t xml:space="preserve"> </w:t>
            </w:r>
            <w:proofErr w:type="spellStart"/>
            <w:r w:rsidRPr="0013438E">
              <w:rPr>
                <w:lang w:val="ru-RU"/>
              </w:rPr>
              <w:t>алғанда</w:t>
            </w:r>
            <w:proofErr w:type="spellEnd"/>
            <w:r w:rsidRPr="0013438E">
              <w:rPr>
                <w:lang w:val="ru-RU"/>
              </w:rPr>
              <w:t xml:space="preserve">. </w:t>
            </w:r>
            <w:proofErr w:type="spellStart"/>
            <w:r w:rsidRPr="0013438E">
              <w:rPr>
                <w:lang w:val="ru-RU"/>
              </w:rPr>
              <w:t>Жеткізілетін</w:t>
            </w:r>
            <w:proofErr w:type="spellEnd"/>
            <w:r w:rsidRPr="0013438E">
              <w:rPr>
                <w:lang w:val="ru-RU"/>
              </w:rPr>
              <w:t xml:space="preserve"> </w:t>
            </w:r>
            <w:proofErr w:type="spellStart"/>
            <w:r w:rsidRPr="0013438E">
              <w:rPr>
                <w:lang w:val="ru-RU"/>
              </w:rPr>
              <w:t>тауар</w:t>
            </w:r>
            <w:proofErr w:type="spellEnd"/>
            <w:r w:rsidRPr="0013438E">
              <w:rPr>
                <w:lang w:val="ru-RU"/>
              </w:rPr>
              <w:t xml:space="preserve"> </w:t>
            </w:r>
            <w:proofErr w:type="spellStart"/>
            <w:r w:rsidRPr="0013438E">
              <w:rPr>
                <w:lang w:val="ru-RU"/>
              </w:rPr>
              <w:t>жоғары</w:t>
            </w:r>
            <w:proofErr w:type="spellEnd"/>
            <w:r w:rsidRPr="0013438E">
              <w:rPr>
                <w:lang w:val="ru-RU"/>
              </w:rPr>
              <w:t xml:space="preserve"> </w:t>
            </w:r>
            <w:proofErr w:type="spellStart"/>
            <w:r w:rsidRPr="0013438E">
              <w:rPr>
                <w:lang w:val="ru-RU"/>
              </w:rPr>
              <w:t>сапалы</w:t>
            </w:r>
            <w:proofErr w:type="spellEnd"/>
            <w:r w:rsidRPr="0013438E">
              <w:rPr>
                <w:lang w:val="ru-RU"/>
              </w:rPr>
              <w:t xml:space="preserve"> </w:t>
            </w:r>
            <w:proofErr w:type="spellStart"/>
            <w:r w:rsidRPr="0013438E">
              <w:rPr>
                <w:lang w:val="ru-RU"/>
              </w:rPr>
              <w:t>жұмысты</w:t>
            </w:r>
            <w:proofErr w:type="spellEnd"/>
            <w:r w:rsidRPr="0013438E">
              <w:rPr>
                <w:lang w:val="ru-RU"/>
              </w:rPr>
              <w:t xml:space="preserve"> </w:t>
            </w:r>
            <w:proofErr w:type="spellStart"/>
            <w:r w:rsidRPr="0013438E">
              <w:rPr>
                <w:lang w:val="ru-RU"/>
              </w:rPr>
              <w:t>қамтамасыз</w:t>
            </w:r>
            <w:proofErr w:type="spellEnd"/>
            <w:r w:rsidRPr="0013438E">
              <w:rPr>
                <w:lang w:val="ru-RU"/>
              </w:rPr>
              <w:t xml:space="preserve"> </w:t>
            </w:r>
            <w:proofErr w:type="spellStart"/>
            <w:r w:rsidRPr="0013438E">
              <w:rPr>
                <w:lang w:val="ru-RU"/>
              </w:rPr>
              <w:t>етуі</w:t>
            </w:r>
            <w:proofErr w:type="spellEnd"/>
            <w:r w:rsidRPr="0013438E">
              <w:rPr>
                <w:lang w:val="ru-RU"/>
              </w:rPr>
              <w:t xml:space="preserve">, </w:t>
            </w:r>
            <w:proofErr w:type="spellStart"/>
            <w:r w:rsidRPr="0013438E">
              <w:rPr>
                <w:lang w:val="ru-RU"/>
              </w:rPr>
              <w:t>сенімділігімен</w:t>
            </w:r>
            <w:proofErr w:type="spellEnd"/>
            <w:r w:rsidRPr="0013438E">
              <w:rPr>
                <w:lang w:val="ru-RU"/>
              </w:rPr>
              <w:t xml:space="preserve">, </w:t>
            </w:r>
            <w:proofErr w:type="spellStart"/>
            <w:r w:rsidRPr="0013438E">
              <w:rPr>
                <w:lang w:val="ru-RU"/>
              </w:rPr>
              <w:t>пайдалану</w:t>
            </w:r>
            <w:proofErr w:type="spellEnd"/>
            <w:r w:rsidRPr="0013438E">
              <w:rPr>
                <w:lang w:val="ru-RU"/>
              </w:rPr>
              <w:t xml:space="preserve"> </w:t>
            </w:r>
            <w:proofErr w:type="spellStart"/>
            <w:r w:rsidRPr="0013438E">
              <w:rPr>
                <w:lang w:val="ru-RU"/>
              </w:rPr>
              <w:t>жеңілдігімен</w:t>
            </w:r>
            <w:proofErr w:type="spellEnd"/>
            <w:r w:rsidRPr="0013438E">
              <w:rPr>
                <w:lang w:val="ru-RU"/>
              </w:rPr>
              <w:t xml:space="preserve"> </w:t>
            </w:r>
            <w:proofErr w:type="spellStart"/>
            <w:r w:rsidRPr="0013438E">
              <w:rPr>
                <w:lang w:val="ru-RU"/>
              </w:rPr>
              <w:t>ерекшеленуі</w:t>
            </w:r>
            <w:proofErr w:type="spellEnd"/>
            <w:r w:rsidRPr="0013438E">
              <w:rPr>
                <w:lang w:val="ru-RU"/>
              </w:rPr>
              <w:t xml:space="preserve">, </w:t>
            </w:r>
            <w:proofErr w:type="spellStart"/>
            <w:r w:rsidRPr="0013438E">
              <w:rPr>
                <w:lang w:val="ru-RU"/>
              </w:rPr>
              <w:t>ақаулардың</w:t>
            </w:r>
            <w:proofErr w:type="spellEnd"/>
            <w:r w:rsidRPr="0013438E">
              <w:rPr>
                <w:lang w:val="ru-RU"/>
              </w:rPr>
              <w:t xml:space="preserve"> </w:t>
            </w:r>
            <w:proofErr w:type="spellStart"/>
            <w:r w:rsidRPr="0013438E">
              <w:rPr>
                <w:lang w:val="ru-RU"/>
              </w:rPr>
              <w:t>болмауына</w:t>
            </w:r>
            <w:proofErr w:type="spellEnd"/>
            <w:r w:rsidRPr="0013438E">
              <w:rPr>
                <w:lang w:val="ru-RU"/>
              </w:rPr>
              <w:t xml:space="preserve"> </w:t>
            </w:r>
            <w:proofErr w:type="spellStart"/>
            <w:r w:rsidRPr="0013438E">
              <w:rPr>
                <w:lang w:val="ru-RU"/>
              </w:rPr>
              <w:t>кепілдік</w:t>
            </w:r>
            <w:proofErr w:type="spellEnd"/>
            <w:r w:rsidRPr="0013438E">
              <w:rPr>
                <w:lang w:val="ru-RU"/>
              </w:rPr>
              <w:t xml:space="preserve"> </w:t>
            </w:r>
            <w:proofErr w:type="spellStart"/>
            <w:r w:rsidRPr="0013438E">
              <w:rPr>
                <w:lang w:val="ru-RU"/>
              </w:rPr>
              <w:t>беруі</w:t>
            </w:r>
            <w:proofErr w:type="spellEnd"/>
            <w:r w:rsidRPr="0013438E">
              <w:rPr>
                <w:lang w:val="ru-RU"/>
              </w:rPr>
              <w:t xml:space="preserve"> </w:t>
            </w:r>
            <w:proofErr w:type="spellStart"/>
            <w:proofErr w:type="gramStart"/>
            <w:r w:rsidRPr="0013438E">
              <w:rPr>
                <w:lang w:val="ru-RU"/>
              </w:rPr>
              <w:t>тиіс</w:t>
            </w:r>
            <w:proofErr w:type="spellEnd"/>
            <w:proofErr w:type="gramEnd"/>
            <w:r w:rsidRPr="0013438E">
              <w:rPr>
                <w:lang w:val="ru-RU"/>
              </w:rPr>
              <w:t>.</w:t>
            </w:r>
          </w:p>
        </w:tc>
      </w:tr>
      <w:tr w:rsidR="00E04427" w:rsidRPr="002008FC">
        <w:trPr>
          <w:jc w:val="center"/>
        </w:trPr>
        <w:tc>
          <w:tcPr>
            <w:tcW w:w="3969" w:type="dxa"/>
          </w:tcPr>
          <w:p w:rsidR="00E04427" w:rsidRPr="0013438E" w:rsidRDefault="0013438E">
            <w:pPr>
              <w:rPr>
                <w:lang w:val="ru-RU"/>
              </w:rPr>
            </w:pPr>
            <w:proofErr w:type="spellStart"/>
            <w:r w:rsidRPr="0013438E">
              <w:rPr>
                <w:lang w:val="ru-RU"/>
              </w:rPr>
              <w:lastRenderedPageBreak/>
              <w:t>Ілеспе</w:t>
            </w:r>
            <w:proofErr w:type="spellEnd"/>
            <w:r w:rsidRPr="0013438E">
              <w:rPr>
                <w:lang w:val="ru-RU"/>
              </w:rPr>
              <w:t xml:space="preserve"> </w:t>
            </w:r>
            <w:proofErr w:type="spellStart"/>
            <w:r w:rsidRPr="0013438E">
              <w:rPr>
                <w:lang w:val="ru-RU"/>
              </w:rPr>
              <w:t>қызметтер</w:t>
            </w:r>
            <w:proofErr w:type="spellEnd"/>
            <w:r w:rsidRPr="0013438E">
              <w:rPr>
                <w:lang w:val="ru-RU"/>
              </w:rPr>
              <w:t xml:space="preserve"> (</w:t>
            </w:r>
            <w:proofErr w:type="spellStart"/>
            <w:r w:rsidRPr="0013438E">
              <w:rPr>
                <w:lang w:val="ru-RU"/>
              </w:rPr>
              <w:t>қажет</w:t>
            </w:r>
            <w:proofErr w:type="spellEnd"/>
            <w:r w:rsidRPr="0013438E">
              <w:rPr>
                <w:lang w:val="ru-RU"/>
              </w:rPr>
              <w:t xml:space="preserve"> </w:t>
            </w:r>
            <w:proofErr w:type="spellStart"/>
            <w:r w:rsidRPr="0013438E">
              <w:rPr>
                <w:lang w:val="ru-RU"/>
              </w:rPr>
              <w:t>болған</w:t>
            </w:r>
            <w:proofErr w:type="spellEnd"/>
            <w:r w:rsidRPr="0013438E">
              <w:rPr>
                <w:lang w:val="ru-RU"/>
              </w:rPr>
              <w:t xml:space="preserve"> </w:t>
            </w:r>
            <w:proofErr w:type="spellStart"/>
            <w:r w:rsidRPr="0013438E">
              <w:rPr>
                <w:lang w:val="ru-RU"/>
              </w:rPr>
              <w:lastRenderedPageBreak/>
              <w:t>жағдайда</w:t>
            </w:r>
            <w:proofErr w:type="spellEnd"/>
            <w:r w:rsidRPr="0013438E">
              <w:rPr>
                <w:lang w:val="ru-RU"/>
              </w:rPr>
              <w:t xml:space="preserve"> </w:t>
            </w:r>
            <w:proofErr w:type="spellStart"/>
            <w:r w:rsidRPr="0013438E">
              <w:rPr>
                <w:lang w:val="ru-RU"/>
              </w:rPr>
              <w:t>көрсетіледі</w:t>
            </w:r>
            <w:proofErr w:type="spellEnd"/>
            <w:r w:rsidRPr="0013438E">
              <w:rPr>
                <w:lang w:val="ru-RU"/>
              </w:rPr>
              <w:t>) (</w:t>
            </w:r>
            <w:proofErr w:type="spellStart"/>
            <w:r w:rsidRPr="0013438E">
              <w:rPr>
                <w:lang w:val="ru-RU"/>
              </w:rPr>
              <w:t>құрастыру</w:t>
            </w:r>
            <w:proofErr w:type="spellEnd"/>
            <w:r w:rsidRPr="0013438E">
              <w:rPr>
                <w:lang w:val="ru-RU"/>
              </w:rPr>
              <w:t xml:space="preserve">, </w:t>
            </w:r>
            <w:proofErr w:type="spellStart"/>
            <w:r w:rsidRPr="0013438E">
              <w:rPr>
                <w:lang w:val="ru-RU"/>
              </w:rPr>
              <w:t>баптау</w:t>
            </w:r>
            <w:proofErr w:type="spellEnd"/>
            <w:r w:rsidRPr="0013438E">
              <w:rPr>
                <w:lang w:val="ru-RU"/>
              </w:rPr>
              <w:t xml:space="preserve">, </w:t>
            </w:r>
            <w:proofErr w:type="spellStart"/>
            <w:r w:rsidRPr="0013438E">
              <w:rPr>
                <w:lang w:val="ru-RU"/>
              </w:rPr>
              <w:t>оқыту</w:t>
            </w:r>
            <w:proofErr w:type="spellEnd"/>
            <w:r w:rsidRPr="0013438E">
              <w:rPr>
                <w:lang w:val="ru-RU"/>
              </w:rPr>
              <w:t xml:space="preserve">, </w:t>
            </w:r>
            <w:proofErr w:type="spellStart"/>
            <w:r w:rsidRPr="0013438E">
              <w:rPr>
                <w:lang w:val="ru-RU"/>
              </w:rPr>
              <w:t>тауарларды</w:t>
            </w:r>
            <w:proofErr w:type="spellEnd"/>
            <w:r w:rsidRPr="0013438E">
              <w:rPr>
                <w:lang w:val="ru-RU"/>
              </w:rPr>
              <w:t xml:space="preserve"> </w:t>
            </w:r>
            <w:proofErr w:type="spellStart"/>
            <w:r w:rsidRPr="0013438E">
              <w:rPr>
                <w:lang w:val="ru-RU"/>
              </w:rPr>
              <w:t>тексеру</w:t>
            </w:r>
            <w:proofErr w:type="spellEnd"/>
            <w:r w:rsidRPr="0013438E">
              <w:rPr>
                <w:lang w:val="ru-RU"/>
              </w:rPr>
              <w:t xml:space="preserve"> </w:t>
            </w:r>
            <w:proofErr w:type="spellStart"/>
            <w:r w:rsidRPr="0013438E">
              <w:rPr>
                <w:lang w:val="ru-RU"/>
              </w:rPr>
              <w:t>және</w:t>
            </w:r>
            <w:proofErr w:type="spellEnd"/>
            <w:r w:rsidRPr="0013438E">
              <w:rPr>
                <w:lang w:val="ru-RU"/>
              </w:rPr>
              <w:t xml:space="preserve"> </w:t>
            </w:r>
            <w:proofErr w:type="spellStart"/>
            <w:r w:rsidRPr="0013438E">
              <w:rPr>
                <w:lang w:val="ru-RU"/>
              </w:rPr>
              <w:t>сынау</w:t>
            </w:r>
            <w:proofErr w:type="spellEnd"/>
            <w:r w:rsidRPr="0013438E">
              <w:rPr>
                <w:lang w:val="ru-RU"/>
              </w:rPr>
              <w:t>)</w:t>
            </w:r>
          </w:p>
        </w:tc>
        <w:tc>
          <w:tcPr>
            <w:tcW w:w="5102" w:type="dxa"/>
          </w:tcPr>
          <w:p w:rsidR="00E04427" w:rsidRPr="0013438E" w:rsidRDefault="00E04427">
            <w:pPr>
              <w:rPr>
                <w:lang w:val="ru-RU"/>
              </w:rPr>
            </w:pPr>
          </w:p>
        </w:tc>
      </w:tr>
      <w:tr w:rsidR="00E04427" w:rsidRPr="002008FC">
        <w:trPr>
          <w:jc w:val="center"/>
        </w:trPr>
        <w:tc>
          <w:tcPr>
            <w:tcW w:w="3969" w:type="dxa"/>
          </w:tcPr>
          <w:p w:rsidR="00E04427" w:rsidRPr="0013438E" w:rsidRDefault="0013438E">
            <w:pPr>
              <w:rPr>
                <w:lang w:val="ru-RU"/>
              </w:rPr>
            </w:pPr>
            <w:proofErr w:type="spellStart"/>
            <w:r w:rsidRPr="0013438E">
              <w:rPr>
                <w:lang w:val="ru-RU"/>
              </w:rPr>
              <w:lastRenderedPageBreak/>
              <w:t>Әлеуетті</w:t>
            </w:r>
            <w:proofErr w:type="spellEnd"/>
            <w:r w:rsidRPr="0013438E">
              <w:rPr>
                <w:lang w:val="ru-RU"/>
              </w:rPr>
              <w:t xml:space="preserve"> </w:t>
            </w:r>
            <w:proofErr w:type="spellStart"/>
            <w:r w:rsidRPr="0013438E">
              <w:rPr>
                <w:lang w:val="ru-RU"/>
              </w:rPr>
              <w:t>жеткізуші</w:t>
            </w:r>
            <w:proofErr w:type="spellEnd"/>
            <w:r w:rsidRPr="0013438E">
              <w:rPr>
                <w:lang w:val="ru-RU"/>
              </w:rPr>
              <w:t xml:space="preserve"> </w:t>
            </w:r>
            <w:proofErr w:type="spellStart"/>
            <w:r w:rsidRPr="0013438E">
              <w:rPr>
                <w:lang w:val="ru-RU"/>
              </w:rPr>
              <w:t>жеңімпаз</w:t>
            </w:r>
            <w:proofErr w:type="spellEnd"/>
            <w:r w:rsidRPr="0013438E">
              <w:rPr>
                <w:lang w:val="ru-RU"/>
              </w:rPr>
              <w:t xml:space="preserve"> </w:t>
            </w:r>
            <w:proofErr w:type="spellStart"/>
            <w:proofErr w:type="gramStart"/>
            <w:r w:rsidRPr="0013438E">
              <w:rPr>
                <w:lang w:val="ru-RU"/>
              </w:rPr>
              <w:t>деп</w:t>
            </w:r>
            <w:proofErr w:type="spellEnd"/>
            <w:proofErr w:type="gramEnd"/>
            <w:r w:rsidRPr="0013438E">
              <w:rPr>
                <w:lang w:val="ru-RU"/>
              </w:rPr>
              <w:t xml:space="preserve"> </w:t>
            </w:r>
            <w:proofErr w:type="spellStart"/>
            <w:r w:rsidRPr="0013438E">
              <w:rPr>
                <w:lang w:val="ru-RU"/>
              </w:rPr>
              <w:t>анықталған</w:t>
            </w:r>
            <w:proofErr w:type="spellEnd"/>
            <w:r w:rsidRPr="0013438E">
              <w:rPr>
                <w:lang w:val="ru-RU"/>
              </w:rPr>
              <w:t xml:space="preserve"> </w:t>
            </w:r>
            <w:proofErr w:type="spellStart"/>
            <w:r w:rsidRPr="0013438E">
              <w:rPr>
                <w:lang w:val="ru-RU"/>
              </w:rPr>
              <w:t>және</w:t>
            </w:r>
            <w:proofErr w:type="spellEnd"/>
            <w:r w:rsidRPr="0013438E">
              <w:rPr>
                <w:lang w:val="ru-RU"/>
              </w:rPr>
              <w:t xml:space="preserve"> </w:t>
            </w:r>
            <w:proofErr w:type="spellStart"/>
            <w:r w:rsidRPr="0013438E">
              <w:rPr>
                <w:lang w:val="ru-RU"/>
              </w:rPr>
              <w:t>онымен</w:t>
            </w:r>
            <w:proofErr w:type="spellEnd"/>
            <w:r w:rsidRPr="0013438E">
              <w:rPr>
                <w:lang w:val="ru-RU"/>
              </w:rPr>
              <w:t xml:space="preserve"> </w:t>
            </w:r>
            <w:proofErr w:type="spellStart"/>
            <w:r w:rsidRPr="0013438E">
              <w:rPr>
                <w:lang w:val="ru-RU"/>
              </w:rPr>
              <w:t>мемлекеттік</w:t>
            </w:r>
            <w:proofErr w:type="spellEnd"/>
            <w:r w:rsidRPr="0013438E">
              <w:rPr>
                <w:lang w:val="ru-RU"/>
              </w:rPr>
              <w:t xml:space="preserve"> </w:t>
            </w:r>
            <w:proofErr w:type="spellStart"/>
            <w:r w:rsidRPr="0013438E">
              <w:rPr>
                <w:lang w:val="ru-RU"/>
              </w:rPr>
              <w:t>сатып</w:t>
            </w:r>
            <w:proofErr w:type="spellEnd"/>
            <w:r w:rsidRPr="0013438E">
              <w:rPr>
                <w:lang w:val="ru-RU"/>
              </w:rPr>
              <w:t xml:space="preserve"> </w:t>
            </w:r>
            <w:proofErr w:type="spellStart"/>
            <w:r w:rsidRPr="0013438E">
              <w:rPr>
                <w:lang w:val="ru-RU"/>
              </w:rPr>
              <w:t>алу</w:t>
            </w:r>
            <w:proofErr w:type="spellEnd"/>
            <w:r w:rsidRPr="0013438E">
              <w:rPr>
                <w:lang w:val="ru-RU"/>
              </w:rPr>
              <w:t xml:space="preserve"> </w:t>
            </w:r>
            <w:proofErr w:type="spellStart"/>
            <w:r w:rsidRPr="0013438E">
              <w:rPr>
                <w:lang w:val="ru-RU"/>
              </w:rPr>
              <w:t>туралы</w:t>
            </w:r>
            <w:proofErr w:type="spellEnd"/>
            <w:r w:rsidRPr="0013438E">
              <w:rPr>
                <w:lang w:val="ru-RU"/>
              </w:rPr>
              <w:t xml:space="preserve"> </w:t>
            </w:r>
            <w:proofErr w:type="spellStart"/>
            <w:r w:rsidRPr="0013438E">
              <w:rPr>
                <w:lang w:val="ru-RU"/>
              </w:rPr>
              <w:t>шарт</w:t>
            </w:r>
            <w:proofErr w:type="spellEnd"/>
            <w:r w:rsidRPr="0013438E">
              <w:rPr>
                <w:lang w:val="ru-RU"/>
              </w:rPr>
              <w:t xml:space="preserve"> </w:t>
            </w:r>
            <w:proofErr w:type="spellStart"/>
            <w:r w:rsidRPr="0013438E">
              <w:rPr>
                <w:lang w:val="ru-RU"/>
              </w:rPr>
              <w:t>жасалған</w:t>
            </w:r>
            <w:proofErr w:type="spellEnd"/>
            <w:r w:rsidRPr="0013438E">
              <w:rPr>
                <w:lang w:val="ru-RU"/>
              </w:rPr>
              <w:t xml:space="preserve"> </w:t>
            </w:r>
            <w:proofErr w:type="spellStart"/>
            <w:r w:rsidRPr="0013438E">
              <w:rPr>
                <w:lang w:val="ru-RU"/>
              </w:rPr>
              <w:t>жағдайда</w:t>
            </w:r>
            <w:proofErr w:type="spellEnd"/>
            <w:r w:rsidRPr="0013438E">
              <w:rPr>
                <w:lang w:val="ru-RU"/>
              </w:rPr>
              <w:t xml:space="preserve"> </w:t>
            </w:r>
            <w:proofErr w:type="spellStart"/>
            <w:r w:rsidRPr="0013438E">
              <w:rPr>
                <w:lang w:val="ru-RU"/>
              </w:rPr>
              <w:t>оған</w:t>
            </w:r>
            <w:proofErr w:type="spellEnd"/>
            <w:r w:rsidRPr="0013438E">
              <w:rPr>
                <w:lang w:val="ru-RU"/>
              </w:rPr>
              <w:t xml:space="preserve"> </w:t>
            </w:r>
            <w:proofErr w:type="spellStart"/>
            <w:r w:rsidRPr="0013438E">
              <w:rPr>
                <w:lang w:val="ru-RU"/>
              </w:rPr>
              <w:t>қойылатын</w:t>
            </w:r>
            <w:proofErr w:type="spellEnd"/>
            <w:r w:rsidRPr="0013438E">
              <w:rPr>
                <w:lang w:val="ru-RU"/>
              </w:rPr>
              <w:t xml:space="preserve"> </w:t>
            </w:r>
            <w:proofErr w:type="spellStart"/>
            <w:r w:rsidRPr="0013438E">
              <w:rPr>
                <w:lang w:val="ru-RU"/>
              </w:rPr>
              <w:t>шарттар</w:t>
            </w:r>
            <w:proofErr w:type="spellEnd"/>
            <w:r w:rsidRPr="0013438E">
              <w:rPr>
                <w:lang w:val="ru-RU"/>
              </w:rPr>
              <w:t xml:space="preserve"> (</w:t>
            </w:r>
            <w:proofErr w:type="spellStart"/>
            <w:r w:rsidRPr="0013438E">
              <w:rPr>
                <w:lang w:val="ru-RU"/>
              </w:rPr>
              <w:t>қажет</w:t>
            </w:r>
            <w:proofErr w:type="spellEnd"/>
            <w:r w:rsidRPr="0013438E">
              <w:rPr>
                <w:lang w:val="ru-RU"/>
              </w:rPr>
              <w:t xml:space="preserve"> </w:t>
            </w:r>
            <w:proofErr w:type="spellStart"/>
            <w:r w:rsidRPr="0013438E">
              <w:rPr>
                <w:lang w:val="ru-RU"/>
              </w:rPr>
              <w:t>болған</w:t>
            </w:r>
            <w:proofErr w:type="spellEnd"/>
            <w:r w:rsidRPr="0013438E">
              <w:rPr>
                <w:lang w:val="ru-RU"/>
              </w:rPr>
              <w:t xml:space="preserve"> </w:t>
            </w:r>
            <w:proofErr w:type="spellStart"/>
            <w:r w:rsidRPr="0013438E">
              <w:rPr>
                <w:lang w:val="ru-RU"/>
              </w:rPr>
              <w:t>жағдайда</w:t>
            </w:r>
            <w:proofErr w:type="spellEnd"/>
            <w:r w:rsidRPr="0013438E">
              <w:rPr>
                <w:lang w:val="ru-RU"/>
              </w:rPr>
              <w:t xml:space="preserve"> </w:t>
            </w:r>
            <w:proofErr w:type="spellStart"/>
            <w:r w:rsidRPr="0013438E">
              <w:rPr>
                <w:lang w:val="ru-RU"/>
              </w:rPr>
              <w:t>көрсетіледі</w:t>
            </w:r>
            <w:proofErr w:type="spellEnd"/>
            <w:r w:rsidRPr="0013438E">
              <w:rPr>
                <w:lang w:val="ru-RU"/>
              </w:rPr>
              <w:t>) (</w:t>
            </w:r>
            <w:proofErr w:type="spellStart"/>
            <w:r w:rsidRPr="0013438E">
              <w:rPr>
                <w:lang w:val="ru-RU"/>
              </w:rPr>
              <w:t>Әлеуетті</w:t>
            </w:r>
            <w:proofErr w:type="spellEnd"/>
            <w:r w:rsidRPr="0013438E">
              <w:rPr>
                <w:lang w:val="ru-RU"/>
              </w:rPr>
              <w:t xml:space="preserve"> </w:t>
            </w:r>
            <w:proofErr w:type="spellStart"/>
            <w:r w:rsidRPr="0013438E">
              <w:rPr>
                <w:lang w:val="ru-RU"/>
              </w:rPr>
              <w:t>жеткізушіні</w:t>
            </w:r>
            <w:proofErr w:type="spellEnd"/>
            <w:r w:rsidRPr="0013438E">
              <w:rPr>
                <w:lang w:val="ru-RU"/>
              </w:rPr>
              <w:t xml:space="preserve"> </w:t>
            </w:r>
            <w:proofErr w:type="spellStart"/>
            <w:r w:rsidRPr="0013438E">
              <w:rPr>
                <w:lang w:val="ru-RU"/>
              </w:rPr>
              <w:t>көрсетілген</w:t>
            </w:r>
            <w:proofErr w:type="spellEnd"/>
            <w:r w:rsidRPr="0013438E">
              <w:rPr>
                <w:lang w:val="ru-RU"/>
              </w:rPr>
              <w:t xml:space="preserve"> </w:t>
            </w:r>
            <w:proofErr w:type="spellStart"/>
            <w:r w:rsidRPr="0013438E">
              <w:rPr>
                <w:lang w:val="ru-RU"/>
              </w:rPr>
              <w:t>мәліметтерді</w:t>
            </w:r>
            <w:proofErr w:type="spellEnd"/>
            <w:r w:rsidRPr="0013438E">
              <w:rPr>
                <w:lang w:val="ru-RU"/>
              </w:rPr>
              <w:t xml:space="preserve"> </w:t>
            </w:r>
            <w:proofErr w:type="spellStart"/>
            <w:r w:rsidRPr="0013438E">
              <w:rPr>
                <w:lang w:val="ru-RU"/>
              </w:rPr>
              <w:t>көрсетпегені</w:t>
            </w:r>
            <w:proofErr w:type="spellEnd"/>
            <w:r w:rsidRPr="0013438E">
              <w:rPr>
                <w:lang w:val="ru-RU"/>
              </w:rPr>
              <w:t xml:space="preserve"> </w:t>
            </w:r>
            <w:proofErr w:type="spellStart"/>
            <w:r w:rsidRPr="0013438E">
              <w:rPr>
                <w:lang w:val="ru-RU"/>
              </w:rPr>
              <w:t>немесе</w:t>
            </w:r>
            <w:proofErr w:type="spellEnd"/>
            <w:r w:rsidRPr="0013438E">
              <w:rPr>
                <w:lang w:val="ru-RU"/>
              </w:rPr>
              <w:t xml:space="preserve"> </w:t>
            </w:r>
            <w:proofErr w:type="spellStart"/>
            <w:r w:rsidRPr="0013438E">
              <w:rPr>
                <w:lang w:val="ru-RU"/>
              </w:rPr>
              <w:t>бермегені</w:t>
            </w:r>
            <w:proofErr w:type="spellEnd"/>
            <w:r w:rsidRPr="0013438E">
              <w:rPr>
                <w:lang w:val="ru-RU"/>
              </w:rPr>
              <w:t xml:space="preserve"> </w:t>
            </w:r>
            <w:proofErr w:type="spellStart"/>
            <w:r w:rsidRPr="0013438E">
              <w:rPr>
                <w:lang w:val="ru-RU"/>
              </w:rPr>
              <w:t>үшін</w:t>
            </w:r>
            <w:proofErr w:type="spellEnd"/>
            <w:r w:rsidRPr="0013438E">
              <w:rPr>
                <w:lang w:val="ru-RU"/>
              </w:rPr>
              <w:t xml:space="preserve"> </w:t>
            </w:r>
            <w:proofErr w:type="spellStart"/>
            <w:r w:rsidRPr="0013438E">
              <w:rPr>
                <w:lang w:val="ru-RU"/>
              </w:rPr>
              <w:t>қабылдамауға</w:t>
            </w:r>
            <w:proofErr w:type="spellEnd"/>
            <w:r w:rsidRPr="0013438E">
              <w:rPr>
                <w:lang w:val="ru-RU"/>
              </w:rPr>
              <w:t xml:space="preserve"> </w:t>
            </w:r>
            <w:proofErr w:type="spellStart"/>
            <w:r w:rsidRPr="0013438E">
              <w:rPr>
                <w:lang w:val="ru-RU"/>
              </w:rPr>
              <w:t>жол</w:t>
            </w:r>
            <w:proofErr w:type="spellEnd"/>
            <w:r w:rsidRPr="0013438E">
              <w:rPr>
                <w:lang w:val="ru-RU"/>
              </w:rPr>
              <w:t xml:space="preserve"> </w:t>
            </w:r>
            <w:proofErr w:type="spellStart"/>
            <w:r w:rsidRPr="0013438E">
              <w:rPr>
                <w:lang w:val="ru-RU"/>
              </w:rPr>
              <w:t>берілмейді</w:t>
            </w:r>
            <w:proofErr w:type="spellEnd"/>
            <w:r w:rsidRPr="0013438E">
              <w:rPr>
                <w:lang w:val="ru-RU"/>
              </w:rPr>
              <w:t>)</w:t>
            </w:r>
          </w:p>
        </w:tc>
        <w:tc>
          <w:tcPr>
            <w:tcW w:w="5102" w:type="dxa"/>
          </w:tcPr>
          <w:p w:rsidR="00E04427" w:rsidRPr="0013438E" w:rsidRDefault="00E04427">
            <w:pPr>
              <w:rPr>
                <w:lang w:val="ru-RU"/>
              </w:rPr>
            </w:pPr>
          </w:p>
        </w:tc>
      </w:tr>
    </w:tbl>
    <w:p w:rsidR="00E04427" w:rsidRPr="0013438E" w:rsidRDefault="00E04427">
      <w:pPr>
        <w:rPr>
          <w:lang w:val="ru-RU"/>
        </w:rPr>
      </w:pPr>
    </w:p>
    <w:p w:rsidR="00E04427" w:rsidRPr="0013438E" w:rsidRDefault="0013438E">
      <w:pPr>
        <w:rPr>
          <w:lang w:val="ru-RU"/>
        </w:rPr>
      </w:pPr>
      <w:r w:rsidRPr="0013438E">
        <w:rPr>
          <w:i/>
          <w:sz w:val="20"/>
          <w:lang w:val="ru-RU"/>
        </w:rPr>
        <w:t xml:space="preserve">* </w:t>
      </w:r>
      <w:proofErr w:type="spellStart"/>
      <w:proofErr w:type="gramStart"/>
      <w:r w:rsidRPr="0013438E">
        <w:rPr>
          <w:i/>
          <w:sz w:val="20"/>
          <w:lang w:val="ru-RU"/>
        </w:rPr>
        <w:t>м</w:t>
      </w:r>
      <w:proofErr w:type="gramEnd"/>
      <w:r w:rsidRPr="0013438E">
        <w:rPr>
          <w:i/>
          <w:sz w:val="20"/>
          <w:lang w:val="ru-RU"/>
        </w:rPr>
        <w:t>әліметтер</w:t>
      </w:r>
      <w:proofErr w:type="spellEnd"/>
      <w:r w:rsidRPr="0013438E">
        <w:rPr>
          <w:i/>
          <w:sz w:val="20"/>
          <w:lang w:val="ru-RU"/>
        </w:rPr>
        <w:t xml:space="preserve"> </w:t>
      </w:r>
      <w:proofErr w:type="spellStart"/>
      <w:r w:rsidRPr="0013438E">
        <w:rPr>
          <w:i/>
          <w:sz w:val="20"/>
          <w:lang w:val="ru-RU"/>
        </w:rPr>
        <w:t>мемлекеттік</w:t>
      </w:r>
      <w:proofErr w:type="spellEnd"/>
      <w:r w:rsidRPr="0013438E">
        <w:rPr>
          <w:i/>
          <w:sz w:val="20"/>
          <w:lang w:val="ru-RU"/>
        </w:rPr>
        <w:t xml:space="preserve"> </w:t>
      </w:r>
      <w:proofErr w:type="spellStart"/>
      <w:r w:rsidRPr="0013438E">
        <w:rPr>
          <w:i/>
          <w:sz w:val="20"/>
          <w:lang w:val="ru-RU"/>
        </w:rPr>
        <w:t>сатып</w:t>
      </w:r>
      <w:proofErr w:type="spellEnd"/>
      <w:r w:rsidRPr="0013438E">
        <w:rPr>
          <w:i/>
          <w:sz w:val="20"/>
          <w:lang w:val="ru-RU"/>
        </w:rPr>
        <w:t xml:space="preserve"> </w:t>
      </w:r>
      <w:proofErr w:type="spellStart"/>
      <w:r w:rsidRPr="0013438E">
        <w:rPr>
          <w:i/>
          <w:sz w:val="20"/>
          <w:lang w:val="ru-RU"/>
        </w:rPr>
        <w:t>алу</w:t>
      </w:r>
      <w:proofErr w:type="spellEnd"/>
      <w:r w:rsidRPr="0013438E">
        <w:rPr>
          <w:i/>
          <w:sz w:val="20"/>
          <w:lang w:val="ru-RU"/>
        </w:rPr>
        <w:t xml:space="preserve"> </w:t>
      </w:r>
      <w:proofErr w:type="spellStart"/>
      <w:r w:rsidRPr="0013438E">
        <w:rPr>
          <w:i/>
          <w:sz w:val="20"/>
          <w:lang w:val="ru-RU"/>
        </w:rPr>
        <w:t>жоспарынан</w:t>
      </w:r>
      <w:proofErr w:type="spellEnd"/>
      <w:r w:rsidRPr="0013438E">
        <w:rPr>
          <w:i/>
          <w:sz w:val="20"/>
          <w:lang w:val="ru-RU"/>
        </w:rPr>
        <w:t xml:space="preserve"> </w:t>
      </w:r>
      <w:proofErr w:type="spellStart"/>
      <w:r w:rsidRPr="0013438E">
        <w:rPr>
          <w:i/>
          <w:sz w:val="20"/>
          <w:lang w:val="ru-RU"/>
        </w:rPr>
        <w:t>алынады</w:t>
      </w:r>
      <w:proofErr w:type="spellEnd"/>
      <w:r w:rsidRPr="0013438E">
        <w:rPr>
          <w:i/>
          <w:sz w:val="20"/>
          <w:lang w:val="ru-RU"/>
        </w:rPr>
        <w:t xml:space="preserve"> (</w:t>
      </w:r>
      <w:proofErr w:type="spellStart"/>
      <w:r w:rsidRPr="0013438E">
        <w:rPr>
          <w:i/>
          <w:sz w:val="20"/>
          <w:lang w:val="ru-RU"/>
        </w:rPr>
        <w:t>автоматты</w:t>
      </w:r>
      <w:proofErr w:type="spellEnd"/>
      <w:r w:rsidRPr="0013438E">
        <w:rPr>
          <w:i/>
          <w:sz w:val="20"/>
          <w:lang w:val="ru-RU"/>
        </w:rPr>
        <w:t xml:space="preserve"> </w:t>
      </w:r>
      <w:proofErr w:type="spellStart"/>
      <w:r w:rsidRPr="0013438E">
        <w:rPr>
          <w:i/>
          <w:sz w:val="20"/>
          <w:lang w:val="ru-RU"/>
        </w:rPr>
        <w:t>түрде</w:t>
      </w:r>
      <w:proofErr w:type="spellEnd"/>
      <w:r w:rsidRPr="0013438E">
        <w:rPr>
          <w:i/>
          <w:sz w:val="20"/>
          <w:lang w:val="ru-RU"/>
        </w:rPr>
        <w:t xml:space="preserve"> </w:t>
      </w:r>
      <w:proofErr w:type="spellStart"/>
      <w:r w:rsidRPr="0013438E">
        <w:rPr>
          <w:i/>
          <w:sz w:val="20"/>
          <w:lang w:val="ru-RU"/>
        </w:rPr>
        <w:t>көрсетіледі</w:t>
      </w:r>
      <w:proofErr w:type="spellEnd"/>
      <w:r w:rsidRPr="0013438E">
        <w:rPr>
          <w:i/>
          <w:sz w:val="20"/>
          <w:lang w:val="ru-RU"/>
        </w:rPr>
        <w:t>).</w:t>
      </w:r>
    </w:p>
    <w:p w:rsidR="00E04427" w:rsidRPr="0013438E" w:rsidRDefault="0013438E">
      <w:pPr>
        <w:rPr>
          <w:lang w:val="ru-RU"/>
        </w:rPr>
      </w:pPr>
      <w:proofErr w:type="spellStart"/>
      <w:r w:rsidRPr="0013438E">
        <w:rPr>
          <w:b/>
          <w:lang w:val="ru-RU"/>
        </w:rPr>
        <w:t>Ескерту</w:t>
      </w:r>
      <w:proofErr w:type="spellEnd"/>
      <w:r w:rsidRPr="0013438E">
        <w:rPr>
          <w:b/>
          <w:lang w:val="ru-RU"/>
        </w:rPr>
        <w:t>.</w:t>
      </w:r>
    </w:p>
    <w:p w:rsidR="00E04427" w:rsidRPr="0013438E" w:rsidRDefault="0013438E">
      <w:pPr>
        <w:rPr>
          <w:lang w:val="ru-RU"/>
        </w:rPr>
      </w:pPr>
      <w:r w:rsidRPr="0013438E">
        <w:rPr>
          <w:lang w:val="ru-RU"/>
        </w:rPr>
        <w:t xml:space="preserve">1. </w:t>
      </w:r>
      <w:proofErr w:type="spellStart"/>
      <w:r w:rsidRPr="0013438E">
        <w:rPr>
          <w:lang w:val="ru-RU"/>
        </w:rPr>
        <w:t>Функционалдық</w:t>
      </w:r>
      <w:proofErr w:type="spellEnd"/>
      <w:r w:rsidRPr="0013438E">
        <w:rPr>
          <w:lang w:val="ru-RU"/>
        </w:rPr>
        <w:t xml:space="preserve">, </w:t>
      </w:r>
      <w:proofErr w:type="spellStart"/>
      <w:r w:rsidRPr="0013438E">
        <w:rPr>
          <w:lang w:val="ru-RU"/>
        </w:rPr>
        <w:t>техникалық</w:t>
      </w:r>
      <w:proofErr w:type="spellEnd"/>
      <w:r w:rsidRPr="0013438E">
        <w:rPr>
          <w:lang w:val="ru-RU"/>
        </w:rPr>
        <w:t xml:space="preserve">, </w:t>
      </w:r>
      <w:proofErr w:type="spellStart"/>
      <w:r w:rsidRPr="0013438E">
        <w:rPr>
          <w:lang w:val="ru-RU"/>
        </w:rPr>
        <w:t>сапалық</w:t>
      </w:r>
      <w:proofErr w:type="spellEnd"/>
      <w:r w:rsidRPr="0013438E">
        <w:rPr>
          <w:lang w:val="ru-RU"/>
        </w:rPr>
        <w:t xml:space="preserve">, </w:t>
      </w:r>
      <w:proofErr w:type="spellStart"/>
      <w:r w:rsidRPr="0013438E">
        <w:rPr>
          <w:lang w:val="ru-RU"/>
        </w:rPr>
        <w:t>пайдаланушылық</w:t>
      </w:r>
      <w:proofErr w:type="spellEnd"/>
      <w:r w:rsidRPr="0013438E">
        <w:rPr>
          <w:lang w:val="ru-RU"/>
        </w:rPr>
        <w:t xml:space="preserve">, </w:t>
      </w:r>
      <w:proofErr w:type="spellStart"/>
      <w:r w:rsidRPr="0013438E">
        <w:rPr>
          <w:lang w:val="ru-RU"/>
        </w:rPr>
        <w:t>өзге</w:t>
      </w:r>
      <w:proofErr w:type="spellEnd"/>
      <w:r w:rsidRPr="0013438E">
        <w:rPr>
          <w:lang w:val="ru-RU"/>
        </w:rPr>
        <w:t xml:space="preserve"> де </w:t>
      </w:r>
      <w:proofErr w:type="spellStart"/>
      <w:r w:rsidRPr="0013438E">
        <w:rPr>
          <w:lang w:val="ru-RU"/>
        </w:rPr>
        <w:t>сипаттамалар</w:t>
      </w:r>
      <w:proofErr w:type="spellEnd"/>
      <w:r w:rsidRPr="0013438E">
        <w:rPr>
          <w:lang w:val="ru-RU"/>
        </w:rPr>
        <w:t xml:space="preserve">, </w:t>
      </w:r>
      <w:proofErr w:type="spellStart"/>
      <w:r w:rsidRPr="0013438E">
        <w:rPr>
          <w:lang w:val="ru-RU"/>
        </w:rPr>
        <w:t>ілеспе</w:t>
      </w:r>
      <w:proofErr w:type="spellEnd"/>
      <w:r w:rsidRPr="0013438E">
        <w:rPr>
          <w:lang w:val="ru-RU"/>
        </w:rPr>
        <w:t xml:space="preserve"> </w:t>
      </w:r>
      <w:proofErr w:type="spellStart"/>
      <w:r w:rsidRPr="0013438E">
        <w:rPr>
          <w:lang w:val="ru-RU"/>
        </w:rPr>
        <w:t>қызметтер</w:t>
      </w:r>
      <w:proofErr w:type="spellEnd"/>
      <w:r w:rsidRPr="0013438E">
        <w:rPr>
          <w:lang w:val="ru-RU"/>
        </w:rPr>
        <w:t xml:space="preserve"> мен </w:t>
      </w:r>
      <w:proofErr w:type="spellStart"/>
      <w:r w:rsidRPr="0013438E">
        <w:rPr>
          <w:lang w:val="ru-RU"/>
        </w:rPr>
        <w:t>орындаушыға</w:t>
      </w:r>
      <w:proofErr w:type="spellEnd"/>
      <w:r w:rsidRPr="0013438E">
        <w:rPr>
          <w:lang w:val="ru-RU"/>
        </w:rPr>
        <w:t xml:space="preserve"> </w:t>
      </w:r>
      <w:proofErr w:type="spellStart"/>
      <w:r w:rsidRPr="0013438E">
        <w:rPr>
          <w:lang w:val="ru-RU"/>
        </w:rPr>
        <w:t>қосымша</w:t>
      </w:r>
      <w:proofErr w:type="spellEnd"/>
      <w:r w:rsidRPr="0013438E">
        <w:rPr>
          <w:lang w:val="ru-RU"/>
        </w:rPr>
        <w:t xml:space="preserve"> </w:t>
      </w:r>
      <w:proofErr w:type="spellStart"/>
      <w:r w:rsidRPr="0013438E">
        <w:rPr>
          <w:lang w:val="ru-RU"/>
        </w:rPr>
        <w:t>шарттар</w:t>
      </w:r>
      <w:proofErr w:type="spellEnd"/>
      <w:r w:rsidRPr="0013438E">
        <w:rPr>
          <w:lang w:val="ru-RU"/>
        </w:rPr>
        <w:t xml:space="preserve"> </w:t>
      </w:r>
      <w:proofErr w:type="spellStart"/>
      <w:r w:rsidRPr="0013438E">
        <w:rPr>
          <w:lang w:val="ru-RU"/>
        </w:rPr>
        <w:t>бойынша</w:t>
      </w:r>
      <w:proofErr w:type="spellEnd"/>
      <w:r w:rsidRPr="0013438E">
        <w:rPr>
          <w:lang w:val="ru-RU"/>
        </w:rPr>
        <w:t xml:space="preserve"> </w:t>
      </w:r>
      <w:proofErr w:type="spellStart"/>
      <w:r w:rsidRPr="0013438E">
        <w:rPr>
          <w:lang w:val="ru-RU"/>
        </w:rPr>
        <w:t>әрбі</w:t>
      </w:r>
      <w:proofErr w:type="gramStart"/>
      <w:r w:rsidRPr="0013438E">
        <w:rPr>
          <w:lang w:val="ru-RU"/>
        </w:rPr>
        <w:t>р</w:t>
      </w:r>
      <w:proofErr w:type="spellEnd"/>
      <w:proofErr w:type="gramEnd"/>
      <w:r w:rsidRPr="0013438E">
        <w:rPr>
          <w:lang w:val="ru-RU"/>
        </w:rPr>
        <w:t xml:space="preserve"> </w:t>
      </w:r>
      <w:proofErr w:type="spellStart"/>
      <w:r w:rsidRPr="0013438E">
        <w:rPr>
          <w:lang w:val="ru-RU"/>
        </w:rPr>
        <w:t>талап</w:t>
      </w:r>
      <w:proofErr w:type="spellEnd"/>
      <w:r w:rsidRPr="0013438E">
        <w:rPr>
          <w:lang w:val="ru-RU"/>
        </w:rPr>
        <w:t xml:space="preserve"> </w:t>
      </w:r>
      <w:proofErr w:type="spellStart"/>
      <w:r w:rsidRPr="0013438E">
        <w:rPr>
          <w:lang w:val="ru-RU"/>
        </w:rPr>
        <w:t>бөлек-бөлек</w:t>
      </w:r>
      <w:proofErr w:type="spellEnd"/>
      <w:r w:rsidRPr="0013438E">
        <w:rPr>
          <w:lang w:val="ru-RU"/>
        </w:rPr>
        <w:t xml:space="preserve"> </w:t>
      </w:r>
      <w:proofErr w:type="spellStart"/>
      <w:r w:rsidRPr="0013438E">
        <w:rPr>
          <w:lang w:val="ru-RU"/>
        </w:rPr>
        <w:t>жолда</w:t>
      </w:r>
      <w:proofErr w:type="spellEnd"/>
      <w:r w:rsidRPr="0013438E">
        <w:rPr>
          <w:lang w:val="ru-RU"/>
        </w:rPr>
        <w:t xml:space="preserve"> </w:t>
      </w:r>
      <w:proofErr w:type="spellStart"/>
      <w:r w:rsidRPr="0013438E">
        <w:rPr>
          <w:lang w:val="ru-RU"/>
        </w:rPr>
        <w:t>көрсетіледі</w:t>
      </w:r>
      <w:proofErr w:type="spellEnd"/>
      <w:r w:rsidRPr="0013438E">
        <w:rPr>
          <w:lang w:val="ru-RU"/>
        </w:rPr>
        <w:t>.</w:t>
      </w:r>
    </w:p>
    <w:p w:rsidR="00E04427" w:rsidRPr="0013438E" w:rsidRDefault="0013438E">
      <w:pPr>
        <w:rPr>
          <w:lang w:val="ru-RU"/>
        </w:rPr>
      </w:pPr>
      <w:r w:rsidRPr="0013438E">
        <w:rPr>
          <w:lang w:val="ru-RU"/>
        </w:rPr>
        <w:t xml:space="preserve">2. Осы </w:t>
      </w:r>
      <w:proofErr w:type="spellStart"/>
      <w:r w:rsidRPr="0013438E">
        <w:rPr>
          <w:lang w:val="ru-RU"/>
        </w:rPr>
        <w:t>техникалық</w:t>
      </w:r>
      <w:proofErr w:type="spellEnd"/>
      <w:r w:rsidRPr="0013438E">
        <w:rPr>
          <w:lang w:val="ru-RU"/>
        </w:rPr>
        <w:t xml:space="preserve"> </w:t>
      </w:r>
      <w:proofErr w:type="spellStart"/>
      <w:r w:rsidRPr="0013438E">
        <w:rPr>
          <w:lang w:val="ru-RU"/>
        </w:rPr>
        <w:t>ерекшеліктің</w:t>
      </w:r>
      <w:proofErr w:type="spellEnd"/>
      <w:r w:rsidRPr="0013438E">
        <w:rPr>
          <w:lang w:val="ru-RU"/>
        </w:rPr>
        <w:t xml:space="preserve"> </w:t>
      </w:r>
      <w:proofErr w:type="spellStart"/>
      <w:r w:rsidRPr="0013438E">
        <w:rPr>
          <w:lang w:val="ru-RU"/>
        </w:rPr>
        <w:t>ішінде</w:t>
      </w:r>
      <w:proofErr w:type="spellEnd"/>
      <w:r w:rsidRPr="0013438E">
        <w:rPr>
          <w:lang w:val="ru-RU"/>
        </w:rPr>
        <w:t xml:space="preserve"> </w:t>
      </w:r>
      <w:proofErr w:type="spellStart"/>
      <w:r w:rsidRPr="0013438E">
        <w:rPr>
          <w:lang w:val="ru-RU"/>
        </w:rPr>
        <w:t>әлеуетті</w:t>
      </w:r>
      <w:proofErr w:type="spellEnd"/>
      <w:r w:rsidRPr="0013438E">
        <w:rPr>
          <w:lang w:val="ru-RU"/>
        </w:rPr>
        <w:t xml:space="preserve"> </w:t>
      </w:r>
      <w:proofErr w:type="spellStart"/>
      <w:r w:rsidRPr="0013438E">
        <w:rPr>
          <w:lang w:val="ru-RU"/>
        </w:rPr>
        <w:t>жеткізушіге</w:t>
      </w:r>
      <w:proofErr w:type="spellEnd"/>
      <w:r w:rsidRPr="0013438E">
        <w:rPr>
          <w:lang w:val="ru-RU"/>
        </w:rPr>
        <w:t xml:space="preserve"> </w:t>
      </w:r>
      <w:proofErr w:type="spellStart"/>
      <w:r w:rsidRPr="0013438E">
        <w:rPr>
          <w:lang w:val="ru-RU"/>
        </w:rPr>
        <w:t>қойылатын</w:t>
      </w:r>
      <w:proofErr w:type="spellEnd"/>
      <w:r w:rsidRPr="0013438E">
        <w:rPr>
          <w:lang w:val="ru-RU"/>
        </w:rPr>
        <w:t xml:space="preserve"> </w:t>
      </w:r>
      <w:proofErr w:type="spellStart"/>
      <w:r w:rsidRPr="0013438E">
        <w:rPr>
          <w:lang w:val="ru-RU"/>
        </w:rPr>
        <w:t>біліктілік</w:t>
      </w:r>
      <w:proofErr w:type="spellEnd"/>
      <w:r w:rsidRPr="0013438E">
        <w:rPr>
          <w:lang w:val="ru-RU"/>
        </w:rPr>
        <w:t xml:space="preserve"> </w:t>
      </w:r>
      <w:proofErr w:type="spellStart"/>
      <w:r w:rsidRPr="0013438E">
        <w:rPr>
          <w:lang w:val="ru-RU"/>
        </w:rPr>
        <w:t>талаптарын</w:t>
      </w:r>
      <w:proofErr w:type="spellEnd"/>
      <w:r w:rsidRPr="0013438E">
        <w:rPr>
          <w:lang w:val="ru-RU"/>
        </w:rPr>
        <w:t xml:space="preserve"> </w:t>
      </w:r>
      <w:proofErr w:type="spellStart"/>
      <w:r w:rsidRPr="0013438E">
        <w:rPr>
          <w:lang w:val="ru-RU"/>
        </w:rPr>
        <w:t>белгілеуге</w:t>
      </w:r>
      <w:proofErr w:type="spellEnd"/>
      <w:r w:rsidRPr="0013438E">
        <w:rPr>
          <w:lang w:val="ru-RU"/>
        </w:rPr>
        <w:t xml:space="preserve"> </w:t>
      </w:r>
      <w:proofErr w:type="spellStart"/>
      <w:r w:rsidRPr="0013438E">
        <w:rPr>
          <w:lang w:val="ru-RU"/>
        </w:rPr>
        <w:t>жол</w:t>
      </w:r>
      <w:proofErr w:type="spellEnd"/>
      <w:r w:rsidRPr="0013438E">
        <w:rPr>
          <w:lang w:val="ru-RU"/>
        </w:rPr>
        <w:t xml:space="preserve"> </w:t>
      </w:r>
      <w:proofErr w:type="spellStart"/>
      <w:r w:rsidRPr="0013438E">
        <w:rPr>
          <w:lang w:val="ru-RU"/>
        </w:rPr>
        <w:t>берілмейді</w:t>
      </w:r>
      <w:proofErr w:type="spellEnd"/>
      <w:r w:rsidRPr="0013438E">
        <w:rPr>
          <w:lang w:val="ru-RU"/>
        </w:rPr>
        <w:t>.</w:t>
      </w:r>
    </w:p>
    <w:p w:rsidR="00E04427" w:rsidRPr="0013438E" w:rsidRDefault="0013438E">
      <w:pPr>
        <w:rPr>
          <w:lang w:val="ru-RU"/>
        </w:rPr>
      </w:pPr>
      <w:r w:rsidRPr="0013438E">
        <w:rPr>
          <w:lang w:val="ru-RU"/>
        </w:rPr>
        <w:t xml:space="preserve">3. </w:t>
      </w:r>
      <w:proofErr w:type="spellStart"/>
      <w:r w:rsidRPr="0013438E">
        <w:rPr>
          <w:lang w:val="ru-RU"/>
        </w:rPr>
        <w:t>Өзге</w:t>
      </w:r>
      <w:proofErr w:type="spellEnd"/>
      <w:r w:rsidRPr="0013438E">
        <w:rPr>
          <w:lang w:val="ru-RU"/>
        </w:rPr>
        <w:t xml:space="preserve"> </w:t>
      </w:r>
      <w:proofErr w:type="spellStart"/>
      <w:r w:rsidRPr="0013438E">
        <w:rPr>
          <w:lang w:val="ru-RU"/>
        </w:rPr>
        <w:t>құжаттарда</w:t>
      </w:r>
      <w:proofErr w:type="spellEnd"/>
      <w:r w:rsidRPr="0013438E">
        <w:rPr>
          <w:lang w:val="ru-RU"/>
        </w:rPr>
        <w:t xml:space="preserve"> </w:t>
      </w:r>
      <w:proofErr w:type="spellStart"/>
      <w:r w:rsidRPr="0013438E">
        <w:rPr>
          <w:lang w:val="ru-RU"/>
        </w:rPr>
        <w:t>техникалық</w:t>
      </w:r>
      <w:proofErr w:type="spellEnd"/>
      <w:r w:rsidRPr="0013438E">
        <w:rPr>
          <w:lang w:val="ru-RU"/>
        </w:rPr>
        <w:t xml:space="preserve"> </w:t>
      </w:r>
      <w:proofErr w:type="spellStart"/>
      <w:r w:rsidRPr="0013438E">
        <w:rPr>
          <w:lang w:val="ru-RU"/>
        </w:rPr>
        <w:t>ерекшеліктің</w:t>
      </w:r>
      <w:proofErr w:type="spellEnd"/>
      <w:r w:rsidRPr="0013438E">
        <w:rPr>
          <w:lang w:val="ru-RU"/>
        </w:rPr>
        <w:t xml:space="preserve"> </w:t>
      </w:r>
      <w:proofErr w:type="spellStart"/>
      <w:r w:rsidRPr="0013438E">
        <w:rPr>
          <w:lang w:val="ru-RU"/>
        </w:rPr>
        <w:t>талаптарын</w:t>
      </w:r>
      <w:proofErr w:type="spellEnd"/>
      <w:r w:rsidRPr="0013438E">
        <w:rPr>
          <w:lang w:val="ru-RU"/>
        </w:rPr>
        <w:t xml:space="preserve"> </w:t>
      </w:r>
      <w:proofErr w:type="spellStart"/>
      <w:r w:rsidRPr="0013438E">
        <w:rPr>
          <w:lang w:val="ru-RU"/>
        </w:rPr>
        <w:t>белгілеуге</w:t>
      </w:r>
      <w:proofErr w:type="spellEnd"/>
      <w:r w:rsidRPr="0013438E">
        <w:rPr>
          <w:lang w:val="ru-RU"/>
        </w:rPr>
        <w:t xml:space="preserve"> </w:t>
      </w:r>
      <w:proofErr w:type="spellStart"/>
      <w:r w:rsidRPr="0013438E">
        <w:rPr>
          <w:lang w:val="ru-RU"/>
        </w:rPr>
        <w:t>жол</w:t>
      </w:r>
      <w:proofErr w:type="spellEnd"/>
      <w:r w:rsidRPr="0013438E">
        <w:rPr>
          <w:lang w:val="ru-RU"/>
        </w:rPr>
        <w:t xml:space="preserve"> </w:t>
      </w:r>
      <w:proofErr w:type="spellStart"/>
      <w:r w:rsidRPr="0013438E">
        <w:rPr>
          <w:lang w:val="ru-RU"/>
        </w:rPr>
        <w:t>берілмейді</w:t>
      </w:r>
      <w:proofErr w:type="spellEnd"/>
      <w:r w:rsidRPr="0013438E">
        <w:rPr>
          <w:lang w:val="ru-RU"/>
        </w:rPr>
        <w:t>.</w:t>
      </w:r>
    </w:p>
    <w:p w:rsidR="00E04427" w:rsidRPr="0013438E" w:rsidRDefault="0013438E">
      <w:pPr>
        <w:rPr>
          <w:lang w:val="ru-RU"/>
        </w:rPr>
      </w:pPr>
      <w:r w:rsidRPr="0013438E">
        <w:rPr>
          <w:lang w:val="ru-RU"/>
        </w:rPr>
        <w:br w:type="page"/>
      </w:r>
    </w:p>
    <w:p w:rsidR="00E04427" w:rsidRPr="0013438E" w:rsidRDefault="0013438E">
      <w:pPr>
        <w:jc w:val="right"/>
        <w:rPr>
          <w:lang w:val="ru-RU"/>
        </w:rPr>
      </w:pPr>
      <w:r w:rsidRPr="0013438E">
        <w:rPr>
          <w:lang w:val="ru-RU"/>
        </w:rPr>
        <w:lastRenderedPageBreak/>
        <w:t>Приложение 12</w:t>
      </w:r>
    </w:p>
    <w:p w:rsidR="00E04427" w:rsidRPr="0013438E" w:rsidRDefault="0013438E">
      <w:pPr>
        <w:jc w:val="right"/>
        <w:rPr>
          <w:lang w:val="ru-RU"/>
        </w:rPr>
      </w:pPr>
      <w:r w:rsidRPr="0013438E">
        <w:rPr>
          <w:lang w:val="ru-RU"/>
        </w:rPr>
        <w:t>к конкурсной документации</w:t>
      </w:r>
    </w:p>
    <w:p w:rsidR="00E04427" w:rsidRPr="0013438E" w:rsidRDefault="0013438E">
      <w:pPr>
        <w:jc w:val="center"/>
        <w:rPr>
          <w:lang w:val="ru-RU"/>
        </w:rPr>
      </w:pPr>
      <w:r w:rsidRPr="0013438E">
        <w:rPr>
          <w:b/>
          <w:lang w:val="ru-RU"/>
        </w:rPr>
        <w:t>Техническая спецификация закупаемых товаров</w:t>
      </w:r>
    </w:p>
    <w:p w:rsidR="00E04427" w:rsidRPr="0013438E" w:rsidRDefault="0013438E" w:rsidP="0013438E">
      <w:pPr>
        <w:ind w:left="720"/>
        <w:rPr>
          <w:lang w:val="ru-RU"/>
        </w:rPr>
      </w:pPr>
      <w:r w:rsidRPr="0013438E">
        <w:rPr>
          <w:lang w:val="ru-RU"/>
        </w:rPr>
        <w:t>Наименование заказчика: АО «</w:t>
      </w:r>
      <w:proofErr w:type="spellStart"/>
      <w:r w:rsidRPr="0013438E">
        <w:rPr>
          <w:lang w:val="ru-RU"/>
        </w:rPr>
        <w:t>Казтелерадио</w:t>
      </w:r>
      <w:proofErr w:type="spellEnd"/>
      <w:r w:rsidRPr="0013438E">
        <w:rPr>
          <w:lang w:val="ru-RU"/>
        </w:rPr>
        <w:t>»</w:t>
      </w:r>
    </w:p>
    <w:p w:rsidR="00E04427" w:rsidRPr="0013438E" w:rsidRDefault="0013438E" w:rsidP="0013438E">
      <w:pPr>
        <w:ind w:left="720"/>
        <w:rPr>
          <w:lang w:val="ru-RU"/>
        </w:rPr>
      </w:pPr>
      <w:r w:rsidRPr="0013438E">
        <w:rPr>
          <w:lang w:val="ru-RU"/>
        </w:rPr>
        <w:t>Наименование организатора: АО «</w:t>
      </w:r>
      <w:proofErr w:type="spellStart"/>
      <w:r w:rsidRPr="0013438E">
        <w:rPr>
          <w:lang w:val="ru-RU"/>
        </w:rPr>
        <w:t>Казтелерадио</w:t>
      </w:r>
      <w:proofErr w:type="spellEnd"/>
      <w:r w:rsidRPr="0013438E">
        <w:rPr>
          <w:lang w:val="ru-RU"/>
        </w:rPr>
        <w:t>»</w:t>
      </w:r>
    </w:p>
    <w:p w:rsidR="00E04427" w:rsidRPr="0013438E" w:rsidRDefault="0013438E" w:rsidP="0013438E">
      <w:pPr>
        <w:ind w:left="720"/>
        <w:rPr>
          <w:lang w:val="ru-RU"/>
        </w:rPr>
      </w:pPr>
      <w:r w:rsidRPr="0013438E">
        <w:rPr>
          <w:lang w:val="ru-RU"/>
        </w:rPr>
        <w:t>№ конкурса _________________________________</w:t>
      </w:r>
    </w:p>
    <w:p w:rsidR="00E04427" w:rsidRPr="0013438E" w:rsidRDefault="0013438E" w:rsidP="0013438E">
      <w:pPr>
        <w:ind w:left="720"/>
        <w:rPr>
          <w:lang w:val="ru-RU"/>
        </w:rPr>
      </w:pPr>
      <w:r w:rsidRPr="0013438E">
        <w:rPr>
          <w:lang w:val="ru-RU"/>
        </w:rPr>
        <w:t xml:space="preserve">Наименование конкурса: Принтер этикеток настольный </w:t>
      </w:r>
      <w:proofErr w:type="spellStart"/>
      <w:r w:rsidRPr="0013438E">
        <w:rPr>
          <w:lang w:val="ru-RU"/>
        </w:rPr>
        <w:t>термотрансферный</w:t>
      </w:r>
      <w:proofErr w:type="spellEnd"/>
    </w:p>
    <w:p w:rsidR="00E04427" w:rsidRPr="0013438E" w:rsidRDefault="0013438E" w:rsidP="0013438E">
      <w:pPr>
        <w:ind w:left="720"/>
        <w:rPr>
          <w:lang w:val="ru-RU"/>
        </w:rPr>
      </w:pPr>
      <w:r w:rsidRPr="0013438E">
        <w:rPr>
          <w:lang w:val="ru-RU"/>
        </w:rPr>
        <w:t>№ лота _____________________________________</w:t>
      </w:r>
    </w:p>
    <w:p w:rsidR="00E04427" w:rsidRPr="0013438E" w:rsidRDefault="0013438E" w:rsidP="0013438E">
      <w:pPr>
        <w:ind w:left="720"/>
        <w:rPr>
          <w:lang w:val="ru-RU"/>
        </w:rPr>
      </w:pPr>
      <w:r w:rsidRPr="0013438E">
        <w:rPr>
          <w:lang w:val="ru-RU"/>
        </w:rPr>
        <w:t xml:space="preserve">Наименование лота: Принтер этикеток настольный </w:t>
      </w:r>
      <w:proofErr w:type="spellStart"/>
      <w:r w:rsidRPr="0013438E">
        <w:rPr>
          <w:lang w:val="ru-RU"/>
        </w:rPr>
        <w:t>термотрансферный</w:t>
      </w:r>
      <w:proofErr w:type="spellEnd"/>
    </w:p>
    <w:p w:rsidR="00E04427" w:rsidRPr="0013438E" w:rsidRDefault="00E04427">
      <w:pPr>
        <w:rPr>
          <w:lang w:val="ru-RU"/>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69"/>
        <w:gridCol w:w="5102"/>
      </w:tblGrid>
      <w:tr w:rsidR="00E04427">
        <w:trPr>
          <w:jc w:val="center"/>
        </w:trPr>
        <w:tc>
          <w:tcPr>
            <w:tcW w:w="3969" w:type="dxa"/>
          </w:tcPr>
          <w:p w:rsidR="00E04427" w:rsidRPr="0013438E" w:rsidRDefault="0013438E">
            <w:pPr>
              <w:rPr>
                <w:lang w:val="ru-RU"/>
              </w:rPr>
            </w:pPr>
            <w:r w:rsidRPr="0013438E">
              <w:rPr>
                <w:lang w:val="ru-RU"/>
              </w:rPr>
              <w:t>Наименование кода Единого номенклатурного справочника товаров, работ, услуг*</w:t>
            </w:r>
          </w:p>
        </w:tc>
        <w:tc>
          <w:tcPr>
            <w:tcW w:w="5102" w:type="dxa"/>
          </w:tcPr>
          <w:p w:rsidR="00E04427" w:rsidRDefault="0013438E">
            <w:r>
              <w:t>________________</w:t>
            </w:r>
          </w:p>
        </w:tc>
      </w:tr>
      <w:tr w:rsidR="00E04427">
        <w:trPr>
          <w:jc w:val="center"/>
        </w:trPr>
        <w:tc>
          <w:tcPr>
            <w:tcW w:w="3969" w:type="dxa"/>
          </w:tcPr>
          <w:p w:rsidR="00E04427" w:rsidRDefault="0013438E">
            <w:r>
              <w:t>Наименование товара*</w:t>
            </w:r>
          </w:p>
        </w:tc>
        <w:tc>
          <w:tcPr>
            <w:tcW w:w="5102" w:type="dxa"/>
          </w:tcPr>
          <w:p w:rsidR="00E04427" w:rsidRDefault="0013438E">
            <w:r>
              <w:t>Принтер этикеток настольный термотрансферный</w:t>
            </w:r>
          </w:p>
        </w:tc>
      </w:tr>
      <w:tr w:rsidR="00E04427">
        <w:trPr>
          <w:jc w:val="center"/>
        </w:trPr>
        <w:tc>
          <w:tcPr>
            <w:tcW w:w="3969" w:type="dxa"/>
          </w:tcPr>
          <w:p w:rsidR="00E04427" w:rsidRDefault="0013438E">
            <w:r>
              <w:t>Единица измерения*</w:t>
            </w:r>
          </w:p>
        </w:tc>
        <w:tc>
          <w:tcPr>
            <w:tcW w:w="5102" w:type="dxa"/>
          </w:tcPr>
          <w:p w:rsidR="00E04427" w:rsidRDefault="0013438E">
            <w:r>
              <w:t>Штука</w:t>
            </w:r>
          </w:p>
        </w:tc>
      </w:tr>
      <w:tr w:rsidR="00E04427">
        <w:trPr>
          <w:jc w:val="center"/>
        </w:trPr>
        <w:tc>
          <w:tcPr>
            <w:tcW w:w="3969" w:type="dxa"/>
          </w:tcPr>
          <w:p w:rsidR="00E04427" w:rsidRDefault="0013438E">
            <w:r>
              <w:t>Количество (объем)*</w:t>
            </w:r>
          </w:p>
        </w:tc>
        <w:tc>
          <w:tcPr>
            <w:tcW w:w="5102" w:type="dxa"/>
          </w:tcPr>
          <w:p w:rsidR="00E04427" w:rsidRDefault="0013438E">
            <w:r>
              <w:t>12</w:t>
            </w:r>
          </w:p>
        </w:tc>
      </w:tr>
      <w:tr w:rsidR="00E04427" w:rsidRPr="002008FC">
        <w:trPr>
          <w:jc w:val="center"/>
        </w:trPr>
        <w:tc>
          <w:tcPr>
            <w:tcW w:w="3969" w:type="dxa"/>
          </w:tcPr>
          <w:p w:rsidR="00E04427" w:rsidRPr="0013438E" w:rsidRDefault="0013438E">
            <w:pPr>
              <w:rPr>
                <w:lang w:val="ru-RU"/>
              </w:rPr>
            </w:pPr>
            <w:r w:rsidRPr="0013438E">
              <w:rPr>
                <w:lang w:val="ru-RU"/>
              </w:rPr>
              <w:t>Цена за единицу, без учета налога на добавленную стоимость*</w:t>
            </w:r>
          </w:p>
        </w:tc>
        <w:tc>
          <w:tcPr>
            <w:tcW w:w="5102" w:type="dxa"/>
          </w:tcPr>
          <w:p w:rsidR="00E04427" w:rsidRPr="0013438E" w:rsidRDefault="00E04427">
            <w:pPr>
              <w:rPr>
                <w:lang w:val="ru-RU"/>
              </w:rPr>
            </w:pPr>
          </w:p>
        </w:tc>
      </w:tr>
      <w:tr w:rsidR="00E04427" w:rsidRPr="002008FC">
        <w:trPr>
          <w:jc w:val="center"/>
        </w:trPr>
        <w:tc>
          <w:tcPr>
            <w:tcW w:w="3969" w:type="dxa"/>
          </w:tcPr>
          <w:p w:rsidR="00E04427" w:rsidRPr="0013438E" w:rsidRDefault="0013438E">
            <w:pPr>
              <w:rPr>
                <w:lang w:val="ru-RU"/>
              </w:rPr>
            </w:pPr>
            <w:r w:rsidRPr="0013438E">
              <w:rPr>
                <w:lang w:val="ru-RU"/>
              </w:rPr>
              <w:t>Общая сумма, выделенная для закупки, без учета налога на добавленную стоимость*</w:t>
            </w:r>
          </w:p>
        </w:tc>
        <w:tc>
          <w:tcPr>
            <w:tcW w:w="5102" w:type="dxa"/>
          </w:tcPr>
          <w:p w:rsidR="00E04427" w:rsidRPr="0013438E" w:rsidRDefault="00E04427">
            <w:pPr>
              <w:rPr>
                <w:lang w:val="ru-RU"/>
              </w:rPr>
            </w:pPr>
          </w:p>
        </w:tc>
      </w:tr>
      <w:tr w:rsidR="00E04427" w:rsidRPr="002008FC">
        <w:trPr>
          <w:jc w:val="center"/>
        </w:trPr>
        <w:tc>
          <w:tcPr>
            <w:tcW w:w="3969" w:type="dxa"/>
          </w:tcPr>
          <w:p w:rsidR="00E04427" w:rsidRPr="0013438E" w:rsidRDefault="0013438E">
            <w:pPr>
              <w:rPr>
                <w:lang w:val="ru-RU"/>
              </w:rPr>
            </w:pPr>
            <w:r w:rsidRPr="0013438E">
              <w:rPr>
                <w:lang w:val="ru-RU"/>
              </w:rPr>
              <w:t>Условия поставки (в соответствии с ИНКОТЕРМС 2010)*</w:t>
            </w:r>
          </w:p>
        </w:tc>
        <w:tc>
          <w:tcPr>
            <w:tcW w:w="5102" w:type="dxa"/>
          </w:tcPr>
          <w:p w:rsidR="00E04427" w:rsidRPr="0013438E" w:rsidRDefault="0013438E">
            <w:pPr>
              <w:rPr>
                <w:lang w:val="ru-RU"/>
              </w:rPr>
            </w:pPr>
            <w:r>
              <w:t>DDP</w:t>
            </w:r>
            <w:r w:rsidRPr="0013438E">
              <w:rPr>
                <w:lang w:val="ru-RU"/>
              </w:rPr>
              <w:t xml:space="preserve"> — «Поставка с оплатой пошлины», адрес заказчика: (указать конкретный адрес)</w:t>
            </w:r>
          </w:p>
        </w:tc>
      </w:tr>
      <w:tr w:rsidR="00E04427" w:rsidRPr="002008FC">
        <w:trPr>
          <w:jc w:val="center"/>
        </w:trPr>
        <w:tc>
          <w:tcPr>
            <w:tcW w:w="3969" w:type="dxa"/>
          </w:tcPr>
          <w:p w:rsidR="00E04427" w:rsidRDefault="0013438E">
            <w:proofErr w:type="spellStart"/>
            <w:r>
              <w:t>Срок</w:t>
            </w:r>
            <w:proofErr w:type="spellEnd"/>
            <w:r>
              <w:t xml:space="preserve"> </w:t>
            </w:r>
            <w:proofErr w:type="spellStart"/>
            <w:r>
              <w:t>поставки</w:t>
            </w:r>
            <w:proofErr w:type="spellEnd"/>
            <w:r>
              <w:t>*</w:t>
            </w:r>
          </w:p>
        </w:tc>
        <w:tc>
          <w:tcPr>
            <w:tcW w:w="5102" w:type="dxa"/>
          </w:tcPr>
          <w:p w:rsidR="00E04427" w:rsidRPr="0013438E" w:rsidRDefault="002008FC">
            <w:pPr>
              <w:rPr>
                <w:lang w:val="ru-RU"/>
              </w:rPr>
            </w:pPr>
            <w:r>
              <w:rPr>
                <w:lang w:val="ru-RU"/>
              </w:rPr>
              <w:t>15</w:t>
            </w:r>
            <w:r w:rsidR="0013438E" w:rsidRPr="0013438E">
              <w:rPr>
                <w:lang w:val="ru-RU"/>
              </w:rPr>
              <w:t xml:space="preserve"> (</w:t>
            </w:r>
            <w:r w:rsidRPr="002008FC">
              <w:rPr>
                <w:lang w:val="ru-RU"/>
              </w:rPr>
              <w:t>пятнадцать</w:t>
            </w:r>
            <w:r w:rsidR="0013438E" w:rsidRPr="0013438E">
              <w:rPr>
                <w:lang w:val="ru-RU"/>
              </w:rPr>
              <w:t xml:space="preserve">) календарных дней </w:t>
            </w:r>
            <w:proofErr w:type="gramStart"/>
            <w:r w:rsidR="0013438E" w:rsidRPr="0013438E">
              <w:rPr>
                <w:lang w:val="ru-RU"/>
              </w:rPr>
              <w:t>с даты вступления</w:t>
            </w:r>
            <w:proofErr w:type="gramEnd"/>
            <w:r w:rsidR="0013438E" w:rsidRPr="0013438E">
              <w:rPr>
                <w:lang w:val="ru-RU"/>
              </w:rPr>
              <w:t xml:space="preserve"> договора в силу</w:t>
            </w:r>
          </w:p>
        </w:tc>
      </w:tr>
      <w:tr w:rsidR="00E04427">
        <w:trPr>
          <w:jc w:val="center"/>
        </w:trPr>
        <w:tc>
          <w:tcPr>
            <w:tcW w:w="3969" w:type="dxa"/>
          </w:tcPr>
          <w:p w:rsidR="00E04427" w:rsidRDefault="0013438E">
            <w:proofErr w:type="spellStart"/>
            <w:r>
              <w:t>Размер</w:t>
            </w:r>
            <w:proofErr w:type="spellEnd"/>
            <w:r>
              <w:t xml:space="preserve"> </w:t>
            </w:r>
            <w:proofErr w:type="spellStart"/>
            <w:r>
              <w:t>авансового</w:t>
            </w:r>
            <w:proofErr w:type="spellEnd"/>
            <w:r>
              <w:t xml:space="preserve"> </w:t>
            </w:r>
            <w:proofErr w:type="spellStart"/>
            <w:r>
              <w:t>платежа</w:t>
            </w:r>
            <w:proofErr w:type="spellEnd"/>
            <w:r>
              <w:t>*</w:t>
            </w:r>
          </w:p>
        </w:tc>
        <w:tc>
          <w:tcPr>
            <w:tcW w:w="5102" w:type="dxa"/>
          </w:tcPr>
          <w:p w:rsidR="00E04427" w:rsidRDefault="0013438E">
            <w:r>
              <w:t>0% (авансовый платёж не предусмотрен)</w:t>
            </w:r>
          </w:p>
        </w:tc>
      </w:tr>
      <w:tr w:rsidR="00E04427" w:rsidRPr="002008FC">
        <w:trPr>
          <w:jc w:val="center"/>
        </w:trPr>
        <w:tc>
          <w:tcPr>
            <w:tcW w:w="3969" w:type="dxa"/>
          </w:tcPr>
          <w:p w:rsidR="00E04427" w:rsidRPr="0013438E" w:rsidRDefault="0013438E">
            <w:pPr>
              <w:rPr>
                <w:lang w:val="ru-RU"/>
              </w:rPr>
            </w:pPr>
            <w:r w:rsidRPr="0013438E">
              <w:rPr>
                <w:lang w:val="ru-RU"/>
              </w:rPr>
              <w:t>Наименование национальных стандартов, а в случае их отсутствия межгосударственных стандартов на закупаемые товары.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с учетом нормирования государственных закупок.</w:t>
            </w:r>
          </w:p>
        </w:tc>
        <w:tc>
          <w:tcPr>
            <w:tcW w:w="5102" w:type="dxa"/>
          </w:tcPr>
          <w:p w:rsidR="00E04427" w:rsidRPr="0013438E" w:rsidRDefault="0013438E">
            <w:pPr>
              <w:rPr>
                <w:lang w:val="ru-RU"/>
              </w:rPr>
            </w:pPr>
            <w:r w:rsidRPr="0013438E">
              <w:rPr>
                <w:lang w:val="ru-RU"/>
              </w:rPr>
              <w:t>.</w:t>
            </w:r>
          </w:p>
        </w:tc>
      </w:tr>
      <w:tr w:rsidR="00E04427">
        <w:trPr>
          <w:jc w:val="center"/>
        </w:trPr>
        <w:tc>
          <w:tcPr>
            <w:tcW w:w="3969" w:type="dxa"/>
          </w:tcPr>
          <w:p w:rsidR="00E04427" w:rsidRDefault="0013438E">
            <w:proofErr w:type="spellStart"/>
            <w:r>
              <w:t>Год</w:t>
            </w:r>
            <w:proofErr w:type="spellEnd"/>
            <w:r>
              <w:t xml:space="preserve"> </w:t>
            </w:r>
            <w:proofErr w:type="spellStart"/>
            <w:r>
              <w:t>выпуска</w:t>
            </w:r>
            <w:proofErr w:type="spellEnd"/>
          </w:p>
        </w:tc>
        <w:tc>
          <w:tcPr>
            <w:tcW w:w="5102" w:type="dxa"/>
          </w:tcPr>
          <w:p w:rsidR="00E04427" w:rsidRDefault="0013438E">
            <w:r>
              <w:t>не ранее 2024 г.</w:t>
            </w:r>
          </w:p>
        </w:tc>
      </w:tr>
      <w:tr w:rsidR="00E04427">
        <w:trPr>
          <w:jc w:val="center"/>
        </w:trPr>
        <w:tc>
          <w:tcPr>
            <w:tcW w:w="3969" w:type="dxa"/>
          </w:tcPr>
          <w:p w:rsidR="00E04427" w:rsidRDefault="0013438E">
            <w:r>
              <w:t>Гарантийный срок (в месяцах)</w:t>
            </w:r>
          </w:p>
        </w:tc>
        <w:tc>
          <w:tcPr>
            <w:tcW w:w="5102" w:type="dxa"/>
          </w:tcPr>
          <w:p w:rsidR="00E04427" w:rsidRDefault="0013438E">
            <w:r>
              <w:t>12 месяцев</w:t>
            </w:r>
          </w:p>
        </w:tc>
      </w:tr>
      <w:tr w:rsidR="00E04427" w:rsidRPr="002008FC">
        <w:trPr>
          <w:jc w:val="center"/>
        </w:trPr>
        <w:tc>
          <w:tcPr>
            <w:tcW w:w="5102" w:type="dxa"/>
            <w:gridSpan w:val="2"/>
          </w:tcPr>
          <w:p w:rsidR="00E04427" w:rsidRPr="0013438E" w:rsidRDefault="0013438E">
            <w:pPr>
              <w:rPr>
                <w:lang w:val="ru-RU"/>
              </w:rPr>
            </w:pPr>
            <w:r w:rsidRPr="0013438E">
              <w:rPr>
                <w:b/>
                <w:lang w:val="ru-RU"/>
              </w:rPr>
              <w:lastRenderedPageBreak/>
              <w:t>Описание требуемых функциональных, технических, качественных, эксплуатационных и иных характеристик закупаемого товара</w:t>
            </w:r>
          </w:p>
        </w:tc>
      </w:tr>
      <w:tr w:rsidR="00E04427" w:rsidRPr="002008FC">
        <w:trPr>
          <w:jc w:val="center"/>
        </w:trPr>
        <w:tc>
          <w:tcPr>
            <w:tcW w:w="5102" w:type="dxa"/>
            <w:gridSpan w:val="2"/>
          </w:tcPr>
          <w:p w:rsidR="00E04427" w:rsidRPr="0013438E" w:rsidRDefault="00E04427">
            <w:pPr>
              <w:jc w:val="both"/>
              <w:rPr>
                <w:lang w:val="ru-RU"/>
              </w:rPr>
            </w:pPr>
          </w:p>
          <w:p w:rsidR="00E04427" w:rsidRPr="0013438E" w:rsidRDefault="0013438E">
            <w:pPr>
              <w:rPr>
                <w:lang w:val="ru-RU"/>
              </w:rPr>
            </w:pPr>
            <w:r w:rsidRPr="0013438E">
              <w:rPr>
                <w:b/>
                <w:lang w:val="ru-RU"/>
              </w:rPr>
              <w:t>Общие требования:</w:t>
            </w:r>
          </w:p>
          <w:p w:rsidR="00E04427" w:rsidRPr="0013438E" w:rsidRDefault="0013438E">
            <w:pPr>
              <w:jc w:val="both"/>
              <w:rPr>
                <w:lang w:val="ru-RU"/>
              </w:rPr>
            </w:pPr>
            <w:r w:rsidRPr="0013438E">
              <w:rPr>
                <w:lang w:val="ru-RU"/>
              </w:rPr>
              <w:t>Оборудование должно быть произведено и протестировано на заводах фирмы-изготовителя. Предлагаемое оборудование должно быть новым, неиспользованным. Допускается поставка товара, являющегося функциональным аналогом (эквивалентом) и полностью соответствующего всем указанным техническим характеристикам.</w:t>
            </w:r>
          </w:p>
          <w:p w:rsidR="00E04427" w:rsidRPr="0013438E" w:rsidRDefault="00E04427">
            <w:pPr>
              <w:rPr>
                <w:lang w:val="ru-RU"/>
              </w:rPr>
            </w:pPr>
          </w:p>
          <w:p w:rsidR="00E04427" w:rsidRPr="0013438E" w:rsidRDefault="0013438E">
            <w:pPr>
              <w:rPr>
                <w:lang w:val="ru-RU"/>
              </w:rPr>
            </w:pPr>
            <w:r w:rsidRPr="0013438E">
              <w:rPr>
                <w:b/>
                <w:lang w:val="ru-RU"/>
              </w:rPr>
              <w:t xml:space="preserve">Позиция 1. Принтер этикеток настольный </w:t>
            </w:r>
            <w:proofErr w:type="spellStart"/>
            <w:r w:rsidRPr="0013438E">
              <w:rPr>
                <w:b/>
                <w:lang w:val="ru-RU"/>
              </w:rPr>
              <w:t>термотрансферный</w:t>
            </w:r>
            <w:proofErr w:type="spellEnd"/>
            <w:r w:rsidRPr="0013438E">
              <w:rPr>
                <w:b/>
                <w:lang w:val="ru-RU"/>
              </w:rPr>
              <w:t>:</w:t>
            </w:r>
          </w:p>
          <w:p w:rsidR="00E04427" w:rsidRPr="0013438E" w:rsidRDefault="0013438E">
            <w:pPr>
              <w:jc w:val="both"/>
              <w:rPr>
                <w:lang w:val="ru-RU"/>
              </w:rPr>
            </w:pPr>
            <w:r w:rsidRPr="0013438E">
              <w:rPr>
                <w:lang w:val="ru-RU"/>
              </w:rPr>
              <w:t xml:space="preserve">- Технология печати: </w:t>
            </w:r>
            <w:proofErr w:type="spellStart"/>
            <w:r w:rsidRPr="0013438E">
              <w:rPr>
                <w:lang w:val="ru-RU"/>
              </w:rPr>
              <w:t>термотрансферная</w:t>
            </w:r>
            <w:proofErr w:type="spellEnd"/>
            <w:r w:rsidRPr="0013438E">
              <w:rPr>
                <w:lang w:val="ru-RU"/>
              </w:rPr>
              <w:t xml:space="preserve"> и прямая термопечать (поддержка обоих режимов);</w:t>
            </w:r>
          </w:p>
          <w:p w:rsidR="00E04427" w:rsidRPr="0013438E" w:rsidRDefault="0013438E">
            <w:pPr>
              <w:jc w:val="both"/>
              <w:rPr>
                <w:lang w:val="ru-RU"/>
              </w:rPr>
            </w:pPr>
            <w:r w:rsidRPr="0013438E">
              <w:rPr>
                <w:lang w:val="ru-RU"/>
              </w:rPr>
              <w:t xml:space="preserve">- Разрешение печати: не менее 203 </w:t>
            </w:r>
            <w:r>
              <w:t>dpi</w:t>
            </w:r>
            <w:r w:rsidRPr="0013438E">
              <w:rPr>
                <w:lang w:val="ru-RU"/>
              </w:rPr>
              <w:t xml:space="preserve"> (8 точек/</w:t>
            </w:r>
            <w:proofErr w:type="gramStart"/>
            <w:r w:rsidRPr="0013438E">
              <w:rPr>
                <w:lang w:val="ru-RU"/>
              </w:rPr>
              <w:t>мм</w:t>
            </w:r>
            <w:proofErr w:type="gramEnd"/>
            <w:r w:rsidRPr="0013438E">
              <w:rPr>
                <w:lang w:val="ru-RU"/>
              </w:rPr>
              <w:t>);</w:t>
            </w:r>
          </w:p>
          <w:p w:rsidR="00E04427" w:rsidRPr="0013438E" w:rsidRDefault="0013438E">
            <w:pPr>
              <w:jc w:val="both"/>
              <w:rPr>
                <w:lang w:val="ru-RU"/>
              </w:rPr>
            </w:pPr>
            <w:r w:rsidRPr="0013438E">
              <w:rPr>
                <w:lang w:val="ru-RU"/>
              </w:rPr>
              <w:t>- Максимальная скорость печати: не менее 127 мм/с (5 дюймов/с);</w:t>
            </w:r>
          </w:p>
          <w:p w:rsidR="00E04427" w:rsidRPr="0013438E" w:rsidRDefault="0013438E">
            <w:pPr>
              <w:jc w:val="both"/>
              <w:rPr>
                <w:lang w:val="ru-RU"/>
              </w:rPr>
            </w:pPr>
            <w:r w:rsidRPr="0013438E">
              <w:rPr>
                <w:lang w:val="ru-RU"/>
              </w:rPr>
              <w:t>- Максимальная ширина печати: не менее 104 мм;</w:t>
            </w:r>
          </w:p>
          <w:p w:rsidR="00E04427" w:rsidRPr="0013438E" w:rsidRDefault="0013438E">
            <w:pPr>
              <w:jc w:val="both"/>
              <w:rPr>
                <w:lang w:val="ru-RU"/>
              </w:rPr>
            </w:pPr>
            <w:r w:rsidRPr="0013438E">
              <w:rPr>
                <w:lang w:val="ru-RU"/>
              </w:rPr>
              <w:t>- Ширина носителя: от 25 мм до не менее 110 мм;</w:t>
            </w:r>
          </w:p>
          <w:p w:rsidR="00E04427" w:rsidRPr="0013438E" w:rsidRDefault="0013438E">
            <w:pPr>
              <w:jc w:val="both"/>
              <w:rPr>
                <w:lang w:val="ru-RU"/>
              </w:rPr>
            </w:pPr>
            <w:r w:rsidRPr="0013438E">
              <w:rPr>
                <w:lang w:val="ru-RU"/>
              </w:rPr>
              <w:t xml:space="preserve">- Типы носителя: непрерывная и </w:t>
            </w:r>
            <w:proofErr w:type="spellStart"/>
            <w:r w:rsidRPr="0013438E">
              <w:rPr>
                <w:lang w:val="ru-RU"/>
              </w:rPr>
              <w:t>высечная</w:t>
            </w:r>
            <w:proofErr w:type="spellEnd"/>
            <w:r w:rsidRPr="0013438E">
              <w:rPr>
                <w:lang w:val="ru-RU"/>
              </w:rPr>
              <w:t xml:space="preserve"> (с зазором) этикеточная лента, носитель с чёрной меткой, с насечкой, фальцованный (</w:t>
            </w:r>
            <w:r>
              <w:t>fan</w:t>
            </w:r>
            <w:r w:rsidRPr="0013438E">
              <w:rPr>
                <w:lang w:val="ru-RU"/>
              </w:rPr>
              <w:t>-</w:t>
            </w:r>
            <w:r>
              <w:t>fold</w:t>
            </w:r>
            <w:r w:rsidRPr="0013438E">
              <w:rPr>
                <w:lang w:val="ru-RU"/>
              </w:rPr>
              <w:t>);</w:t>
            </w:r>
          </w:p>
          <w:p w:rsidR="00E04427" w:rsidRPr="0013438E" w:rsidRDefault="0013438E">
            <w:pPr>
              <w:jc w:val="both"/>
              <w:rPr>
                <w:lang w:val="ru-RU"/>
              </w:rPr>
            </w:pPr>
            <w:r w:rsidRPr="0013438E">
              <w:rPr>
                <w:lang w:val="ru-RU"/>
              </w:rPr>
              <w:t>- Максимальный внешний диаметр рулона носителя: не менее 127 мм; поддерживаемые втулки: 25,4 мм и 38,1 мм;</w:t>
            </w:r>
          </w:p>
          <w:p w:rsidR="00E04427" w:rsidRPr="0013438E" w:rsidRDefault="0013438E">
            <w:pPr>
              <w:jc w:val="both"/>
              <w:rPr>
                <w:lang w:val="ru-RU"/>
              </w:rPr>
            </w:pPr>
            <w:r w:rsidRPr="0013438E">
              <w:rPr>
                <w:lang w:val="ru-RU"/>
              </w:rPr>
              <w:t>- Минимальная длина этикетки: не более 10 мм;</w:t>
            </w:r>
          </w:p>
          <w:p w:rsidR="00E04427" w:rsidRPr="0013438E" w:rsidRDefault="0013438E">
            <w:pPr>
              <w:jc w:val="both"/>
              <w:rPr>
                <w:lang w:val="ru-RU"/>
              </w:rPr>
            </w:pPr>
            <w:r w:rsidRPr="0013438E">
              <w:rPr>
                <w:lang w:val="ru-RU"/>
              </w:rPr>
              <w:t>- Красящая лента (</w:t>
            </w:r>
            <w:proofErr w:type="spellStart"/>
            <w:r w:rsidRPr="0013438E">
              <w:rPr>
                <w:lang w:val="ru-RU"/>
              </w:rPr>
              <w:t>риббон</w:t>
            </w:r>
            <w:proofErr w:type="spellEnd"/>
            <w:r w:rsidRPr="0013438E">
              <w:rPr>
                <w:lang w:val="ru-RU"/>
              </w:rPr>
              <w:t>): намотка красящим слоем наружу; втулки 12,7 мм (0,5") и 25,4 мм (1"); ширина от 25 мм до не менее 110 мм; длина не менее 300 м при втулке 25,4 мм;</w:t>
            </w:r>
          </w:p>
          <w:p w:rsidR="00E04427" w:rsidRPr="0013438E" w:rsidRDefault="0013438E">
            <w:pPr>
              <w:jc w:val="both"/>
              <w:rPr>
                <w:lang w:val="ru-RU"/>
              </w:rPr>
            </w:pPr>
            <w:r w:rsidRPr="0013438E">
              <w:rPr>
                <w:lang w:val="ru-RU"/>
              </w:rPr>
              <w:t xml:space="preserve">- Память: не менее 128 МБ </w:t>
            </w:r>
            <w:r>
              <w:t>Flash</w:t>
            </w:r>
            <w:r w:rsidRPr="0013438E">
              <w:rPr>
                <w:lang w:val="ru-RU"/>
              </w:rPr>
              <w:t xml:space="preserve"> и не менее 128 МБ </w:t>
            </w:r>
            <w:r>
              <w:t>SDRAM</w:t>
            </w:r>
            <w:r w:rsidRPr="0013438E">
              <w:rPr>
                <w:lang w:val="ru-RU"/>
              </w:rPr>
              <w:t>;</w:t>
            </w:r>
          </w:p>
          <w:p w:rsidR="00E04427" w:rsidRPr="0013438E" w:rsidRDefault="0013438E">
            <w:pPr>
              <w:jc w:val="both"/>
              <w:rPr>
                <w:lang w:val="ru-RU"/>
              </w:rPr>
            </w:pPr>
            <w:r w:rsidRPr="0013438E">
              <w:rPr>
                <w:lang w:val="ru-RU"/>
              </w:rPr>
              <w:t xml:space="preserve">- Интерфейсы в базовой комплектации: </w:t>
            </w:r>
            <w:r>
              <w:t>USB</w:t>
            </w:r>
            <w:r w:rsidRPr="0013438E">
              <w:rPr>
                <w:lang w:val="ru-RU"/>
              </w:rPr>
              <w:t xml:space="preserve"> (</w:t>
            </w:r>
            <w:r>
              <w:t>device</w:t>
            </w:r>
            <w:r w:rsidRPr="0013438E">
              <w:rPr>
                <w:lang w:val="ru-RU"/>
              </w:rPr>
              <w:t xml:space="preserve">), </w:t>
            </w:r>
            <w:r>
              <w:t>USB</w:t>
            </w:r>
            <w:r w:rsidRPr="0013438E">
              <w:rPr>
                <w:lang w:val="ru-RU"/>
              </w:rPr>
              <w:t xml:space="preserve"> </w:t>
            </w:r>
            <w:r>
              <w:t>Host</w:t>
            </w:r>
            <w:r w:rsidRPr="0013438E">
              <w:rPr>
                <w:lang w:val="ru-RU"/>
              </w:rPr>
              <w:t xml:space="preserve">, встроенный </w:t>
            </w:r>
            <w:r>
              <w:t>Ethernet</w:t>
            </w:r>
            <w:r w:rsidRPr="0013438E">
              <w:rPr>
                <w:lang w:val="ru-RU"/>
              </w:rPr>
              <w:t xml:space="preserve"> 10/100;</w:t>
            </w:r>
          </w:p>
          <w:p w:rsidR="00E04427" w:rsidRPr="0013438E" w:rsidRDefault="0013438E">
            <w:pPr>
              <w:jc w:val="both"/>
              <w:rPr>
                <w:lang w:val="ru-RU"/>
              </w:rPr>
            </w:pPr>
            <w:r w:rsidRPr="0013438E">
              <w:rPr>
                <w:lang w:val="ru-RU"/>
              </w:rPr>
              <w:t xml:space="preserve">- Сетевые протоколы: </w:t>
            </w:r>
            <w:r>
              <w:t>TCP</w:t>
            </w:r>
            <w:r w:rsidRPr="0013438E">
              <w:rPr>
                <w:lang w:val="ru-RU"/>
              </w:rPr>
              <w:t>/</w:t>
            </w:r>
            <w:r>
              <w:t>IP</w:t>
            </w:r>
            <w:r w:rsidRPr="0013438E">
              <w:rPr>
                <w:lang w:val="ru-RU"/>
              </w:rPr>
              <w:t xml:space="preserve"> (</w:t>
            </w:r>
            <w:proofErr w:type="spellStart"/>
            <w:r>
              <w:t>IPv</w:t>
            </w:r>
            <w:proofErr w:type="spellEnd"/>
            <w:r w:rsidRPr="0013438E">
              <w:rPr>
                <w:lang w:val="ru-RU"/>
              </w:rPr>
              <w:t xml:space="preserve">4 и </w:t>
            </w:r>
            <w:proofErr w:type="spellStart"/>
            <w:r>
              <w:t>IPv</w:t>
            </w:r>
            <w:proofErr w:type="spellEnd"/>
            <w:r w:rsidRPr="0013438E">
              <w:rPr>
                <w:lang w:val="ru-RU"/>
              </w:rPr>
              <w:t xml:space="preserve">6), </w:t>
            </w:r>
            <w:r>
              <w:t>DHCP</w:t>
            </w:r>
            <w:r w:rsidRPr="0013438E">
              <w:rPr>
                <w:lang w:val="ru-RU"/>
              </w:rPr>
              <w:t xml:space="preserve">, </w:t>
            </w:r>
            <w:r>
              <w:t>HTTP</w:t>
            </w:r>
            <w:r w:rsidRPr="0013438E">
              <w:rPr>
                <w:lang w:val="ru-RU"/>
              </w:rPr>
              <w:t>/</w:t>
            </w:r>
            <w:r>
              <w:t>HTTPS</w:t>
            </w:r>
            <w:r w:rsidRPr="0013438E">
              <w:rPr>
                <w:lang w:val="ru-RU"/>
              </w:rPr>
              <w:t xml:space="preserve">, </w:t>
            </w:r>
            <w:r>
              <w:t>LPR</w:t>
            </w:r>
            <w:r w:rsidRPr="0013438E">
              <w:rPr>
                <w:lang w:val="ru-RU"/>
              </w:rPr>
              <w:t>/</w:t>
            </w:r>
            <w:r>
              <w:t>LPD</w:t>
            </w:r>
            <w:r w:rsidRPr="0013438E">
              <w:rPr>
                <w:lang w:val="ru-RU"/>
              </w:rPr>
              <w:t xml:space="preserve">, </w:t>
            </w:r>
            <w:r>
              <w:t>FTP</w:t>
            </w:r>
            <w:r w:rsidRPr="0013438E">
              <w:rPr>
                <w:lang w:val="ru-RU"/>
              </w:rPr>
              <w:t>/</w:t>
            </w:r>
            <w:r>
              <w:t>SFTP</w:t>
            </w:r>
            <w:r w:rsidRPr="0013438E">
              <w:rPr>
                <w:lang w:val="ru-RU"/>
              </w:rPr>
              <w:t xml:space="preserve">, </w:t>
            </w:r>
            <w:r>
              <w:t>Telnet</w:t>
            </w:r>
            <w:r w:rsidRPr="0013438E">
              <w:rPr>
                <w:lang w:val="ru-RU"/>
              </w:rPr>
              <w:t>/</w:t>
            </w:r>
            <w:r>
              <w:t>SSH</w:t>
            </w:r>
            <w:r w:rsidRPr="0013438E">
              <w:rPr>
                <w:lang w:val="ru-RU"/>
              </w:rPr>
              <w:t xml:space="preserve">, </w:t>
            </w:r>
            <w:r>
              <w:t>SMTP</w:t>
            </w:r>
            <w:r w:rsidRPr="0013438E">
              <w:rPr>
                <w:lang w:val="ru-RU"/>
              </w:rPr>
              <w:t>;</w:t>
            </w:r>
          </w:p>
          <w:p w:rsidR="00E04427" w:rsidRPr="0013438E" w:rsidRDefault="0013438E">
            <w:pPr>
              <w:jc w:val="both"/>
              <w:rPr>
                <w:lang w:val="ru-RU"/>
              </w:rPr>
            </w:pPr>
            <w:r w:rsidRPr="0013438E">
              <w:rPr>
                <w:lang w:val="ru-RU"/>
              </w:rPr>
              <w:t xml:space="preserve">- Возможность установки модуля </w:t>
            </w:r>
            <w:r>
              <w:t>Wi</w:t>
            </w:r>
            <w:r w:rsidRPr="0013438E">
              <w:rPr>
                <w:lang w:val="ru-RU"/>
              </w:rPr>
              <w:t>-</w:t>
            </w:r>
            <w:r>
              <w:t>Fi</w:t>
            </w:r>
            <w:r w:rsidRPr="0013438E">
              <w:rPr>
                <w:lang w:val="ru-RU"/>
              </w:rPr>
              <w:t>/</w:t>
            </w:r>
            <w:r>
              <w:t>Bluetooth</w:t>
            </w:r>
            <w:r w:rsidRPr="0013438E">
              <w:rPr>
                <w:lang w:val="ru-RU"/>
              </w:rPr>
              <w:t xml:space="preserve"> (не ниже </w:t>
            </w:r>
            <w:r>
              <w:t>Bluetooth</w:t>
            </w:r>
            <w:r w:rsidRPr="0013438E">
              <w:rPr>
                <w:lang w:val="ru-RU"/>
              </w:rPr>
              <w:t xml:space="preserve"> 5.0) производителя принтера;</w:t>
            </w:r>
          </w:p>
          <w:p w:rsidR="00E04427" w:rsidRPr="0013438E" w:rsidRDefault="0013438E">
            <w:pPr>
              <w:jc w:val="both"/>
              <w:rPr>
                <w:lang w:val="ru-RU"/>
              </w:rPr>
            </w:pPr>
            <w:r w:rsidRPr="0013438E">
              <w:rPr>
                <w:lang w:val="ru-RU"/>
              </w:rPr>
              <w:t xml:space="preserve">- Языки управления принтером: </w:t>
            </w:r>
            <w:r>
              <w:t>ZPL</w:t>
            </w:r>
            <w:r w:rsidRPr="0013438E">
              <w:rPr>
                <w:lang w:val="ru-RU"/>
              </w:rPr>
              <w:t xml:space="preserve"> </w:t>
            </w:r>
            <w:r>
              <w:t>II</w:t>
            </w:r>
            <w:r w:rsidRPr="0013438E">
              <w:rPr>
                <w:lang w:val="ru-RU"/>
              </w:rPr>
              <w:t xml:space="preserve"> (или эмуляция), </w:t>
            </w:r>
            <w:r>
              <w:t>EPL</w:t>
            </w:r>
            <w:r w:rsidRPr="0013438E">
              <w:rPr>
                <w:lang w:val="ru-RU"/>
              </w:rPr>
              <w:t xml:space="preserve"> (или эмуляция), </w:t>
            </w:r>
            <w:r>
              <w:t>DPL</w:t>
            </w:r>
            <w:r w:rsidRPr="0013438E">
              <w:rPr>
                <w:lang w:val="ru-RU"/>
              </w:rPr>
              <w:t xml:space="preserve">, </w:t>
            </w:r>
            <w:r>
              <w:t>Direct</w:t>
            </w:r>
            <w:r w:rsidRPr="0013438E">
              <w:rPr>
                <w:lang w:val="ru-RU"/>
              </w:rPr>
              <w:t xml:space="preserve"> </w:t>
            </w:r>
            <w:r>
              <w:t>Protocol</w:t>
            </w:r>
            <w:r w:rsidRPr="0013438E">
              <w:rPr>
                <w:lang w:val="ru-RU"/>
              </w:rPr>
              <w:t xml:space="preserve"> (или эквивалентный набор);</w:t>
            </w:r>
          </w:p>
          <w:p w:rsidR="00E04427" w:rsidRPr="0013438E" w:rsidRDefault="0013438E">
            <w:pPr>
              <w:jc w:val="both"/>
              <w:rPr>
                <w:lang w:val="ru-RU"/>
              </w:rPr>
            </w:pPr>
            <w:r w:rsidRPr="0013438E">
              <w:rPr>
                <w:lang w:val="ru-RU"/>
              </w:rPr>
              <w:t xml:space="preserve">- </w:t>
            </w:r>
            <w:proofErr w:type="gramStart"/>
            <w:r w:rsidRPr="0013438E">
              <w:rPr>
                <w:lang w:val="ru-RU"/>
              </w:rPr>
              <w:t>Штрих-коды</w:t>
            </w:r>
            <w:proofErr w:type="gramEnd"/>
            <w:r w:rsidRPr="0013438E">
              <w:rPr>
                <w:lang w:val="ru-RU"/>
              </w:rPr>
              <w:t xml:space="preserve">: все основные линейные и двумерные символики, в том числе </w:t>
            </w:r>
            <w:r>
              <w:t>QR</w:t>
            </w:r>
            <w:r w:rsidRPr="0013438E">
              <w:rPr>
                <w:lang w:val="ru-RU"/>
              </w:rPr>
              <w:t>-</w:t>
            </w:r>
            <w:r>
              <w:t>Code</w:t>
            </w:r>
            <w:r w:rsidRPr="0013438E">
              <w:rPr>
                <w:lang w:val="ru-RU"/>
              </w:rPr>
              <w:t xml:space="preserve">, </w:t>
            </w:r>
            <w:r>
              <w:t>Data</w:t>
            </w:r>
            <w:r w:rsidRPr="0013438E">
              <w:rPr>
                <w:lang w:val="ru-RU"/>
              </w:rPr>
              <w:t xml:space="preserve"> </w:t>
            </w:r>
            <w:r>
              <w:t>Matrix</w:t>
            </w:r>
            <w:r w:rsidRPr="0013438E">
              <w:rPr>
                <w:lang w:val="ru-RU"/>
              </w:rPr>
              <w:t xml:space="preserve">, </w:t>
            </w:r>
            <w:r>
              <w:t>PDF</w:t>
            </w:r>
            <w:r w:rsidRPr="0013438E">
              <w:rPr>
                <w:lang w:val="ru-RU"/>
              </w:rPr>
              <w:t xml:space="preserve">417, </w:t>
            </w:r>
            <w:r>
              <w:t>EAN</w:t>
            </w:r>
            <w:r w:rsidRPr="0013438E">
              <w:rPr>
                <w:lang w:val="ru-RU"/>
              </w:rPr>
              <w:t xml:space="preserve">-13, </w:t>
            </w:r>
            <w:r>
              <w:t>EAN</w:t>
            </w:r>
            <w:r w:rsidRPr="0013438E">
              <w:rPr>
                <w:lang w:val="ru-RU"/>
              </w:rPr>
              <w:t xml:space="preserve">-8, </w:t>
            </w:r>
            <w:r>
              <w:t>Code</w:t>
            </w:r>
            <w:r w:rsidRPr="0013438E">
              <w:rPr>
                <w:lang w:val="ru-RU"/>
              </w:rPr>
              <w:t xml:space="preserve"> 128, </w:t>
            </w:r>
            <w:r>
              <w:t>Code</w:t>
            </w:r>
            <w:r w:rsidRPr="0013438E">
              <w:rPr>
                <w:lang w:val="ru-RU"/>
              </w:rPr>
              <w:t xml:space="preserve"> 39;</w:t>
            </w:r>
          </w:p>
          <w:p w:rsidR="00E04427" w:rsidRPr="0013438E" w:rsidRDefault="0013438E">
            <w:pPr>
              <w:jc w:val="both"/>
              <w:rPr>
                <w:lang w:val="ru-RU"/>
              </w:rPr>
            </w:pPr>
            <w:r w:rsidRPr="0013438E">
              <w:rPr>
                <w:lang w:val="ru-RU"/>
              </w:rPr>
              <w:t xml:space="preserve">- Графические форматы: </w:t>
            </w:r>
            <w:r>
              <w:t>BMP</w:t>
            </w:r>
            <w:r w:rsidRPr="0013438E">
              <w:rPr>
                <w:lang w:val="ru-RU"/>
              </w:rPr>
              <w:t xml:space="preserve"> (1-</w:t>
            </w:r>
            <w:r>
              <w:t>bit</w:t>
            </w:r>
            <w:r w:rsidRPr="0013438E">
              <w:rPr>
                <w:lang w:val="ru-RU"/>
              </w:rPr>
              <w:t xml:space="preserve">), </w:t>
            </w:r>
            <w:r>
              <w:t>GIF</w:t>
            </w:r>
            <w:r w:rsidRPr="0013438E">
              <w:rPr>
                <w:lang w:val="ru-RU"/>
              </w:rPr>
              <w:t xml:space="preserve">, </w:t>
            </w:r>
            <w:r>
              <w:t>PCX</w:t>
            </w:r>
            <w:r w:rsidRPr="0013438E">
              <w:rPr>
                <w:lang w:val="ru-RU"/>
              </w:rPr>
              <w:t xml:space="preserve">, </w:t>
            </w:r>
            <w:r>
              <w:t>PNG</w:t>
            </w:r>
            <w:r w:rsidRPr="0013438E">
              <w:rPr>
                <w:lang w:val="ru-RU"/>
              </w:rPr>
              <w:t>;</w:t>
            </w:r>
          </w:p>
          <w:p w:rsidR="00E04427" w:rsidRPr="0013438E" w:rsidRDefault="0013438E">
            <w:pPr>
              <w:jc w:val="both"/>
              <w:rPr>
                <w:lang w:val="ru-RU"/>
              </w:rPr>
            </w:pPr>
            <w:r w:rsidRPr="0013438E">
              <w:rPr>
                <w:lang w:val="ru-RU"/>
              </w:rPr>
              <w:t>- Шрифты и кодировки: масштабируемые шрифты, поддержка кириллицы и латиницы (в том числе расширенной);</w:t>
            </w:r>
          </w:p>
          <w:p w:rsidR="00E04427" w:rsidRPr="0013438E" w:rsidRDefault="0013438E">
            <w:pPr>
              <w:jc w:val="both"/>
              <w:rPr>
                <w:lang w:val="ru-RU"/>
              </w:rPr>
            </w:pPr>
            <w:r w:rsidRPr="0013438E">
              <w:rPr>
                <w:lang w:val="ru-RU"/>
              </w:rPr>
              <w:t xml:space="preserve">- Драйверы: драйвер производителя для </w:t>
            </w:r>
            <w:r>
              <w:t>Windows</w:t>
            </w:r>
            <w:r w:rsidRPr="0013438E">
              <w:rPr>
                <w:lang w:val="ru-RU"/>
              </w:rPr>
              <w:t xml:space="preserve">; драйвер </w:t>
            </w:r>
            <w:r>
              <w:t>CUPS</w:t>
            </w:r>
            <w:r w:rsidRPr="0013438E">
              <w:rPr>
                <w:lang w:val="ru-RU"/>
              </w:rPr>
              <w:t xml:space="preserve"> для </w:t>
            </w:r>
            <w:r>
              <w:t>Linux</w:t>
            </w:r>
            <w:r w:rsidRPr="0013438E">
              <w:rPr>
                <w:lang w:val="ru-RU"/>
              </w:rPr>
              <w:t>;</w:t>
            </w:r>
          </w:p>
          <w:p w:rsidR="00E04427" w:rsidRPr="0013438E" w:rsidRDefault="0013438E">
            <w:pPr>
              <w:jc w:val="both"/>
              <w:rPr>
                <w:lang w:val="ru-RU"/>
              </w:rPr>
            </w:pPr>
            <w:r w:rsidRPr="0013438E">
              <w:rPr>
                <w:lang w:val="ru-RU"/>
              </w:rPr>
              <w:t>- Органы управления: кнопка подачи носителя, кнопка режима экономии носителя (</w:t>
            </w:r>
            <w:r>
              <w:t>ECO</w:t>
            </w:r>
            <w:r w:rsidRPr="0013438E">
              <w:rPr>
                <w:lang w:val="ru-RU"/>
              </w:rPr>
              <w:t xml:space="preserve"> или аналог), светодиодная индикация состояния; веб-интерфейс управления с </w:t>
            </w:r>
            <w:r w:rsidRPr="0013438E">
              <w:rPr>
                <w:lang w:val="ru-RU"/>
              </w:rPr>
              <w:lastRenderedPageBreak/>
              <w:t>поддержкой русского языка;</w:t>
            </w:r>
          </w:p>
          <w:p w:rsidR="00E04427" w:rsidRPr="0013438E" w:rsidRDefault="0013438E">
            <w:pPr>
              <w:jc w:val="both"/>
              <w:rPr>
                <w:lang w:val="ru-RU"/>
              </w:rPr>
            </w:pPr>
            <w:r w:rsidRPr="0013438E">
              <w:rPr>
                <w:lang w:val="ru-RU"/>
              </w:rPr>
              <w:t xml:space="preserve">- Габариты (Д × </w:t>
            </w:r>
            <w:proofErr w:type="gramStart"/>
            <w:r w:rsidRPr="0013438E">
              <w:rPr>
                <w:lang w:val="ru-RU"/>
              </w:rPr>
              <w:t>Ш</w:t>
            </w:r>
            <w:proofErr w:type="gramEnd"/>
            <w:r w:rsidRPr="0013438E">
              <w:rPr>
                <w:lang w:val="ru-RU"/>
              </w:rPr>
              <w:t xml:space="preserve"> × В): не более 275 × 200 × 170 мм; вес: не более 2,1 кг;</w:t>
            </w:r>
          </w:p>
          <w:p w:rsidR="00E04427" w:rsidRPr="0013438E" w:rsidRDefault="0013438E">
            <w:pPr>
              <w:jc w:val="both"/>
              <w:rPr>
                <w:lang w:val="ru-RU"/>
              </w:rPr>
            </w:pPr>
            <w:r w:rsidRPr="0013438E">
              <w:rPr>
                <w:lang w:val="ru-RU"/>
              </w:rPr>
              <w:t>- Электропитание: внешний адаптер питания 90–264</w:t>
            </w:r>
            <w:proofErr w:type="gramStart"/>
            <w:r w:rsidRPr="0013438E">
              <w:rPr>
                <w:lang w:val="ru-RU"/>
              </w:rPr>
              <w:t xml:space="preserve"> В</w:t>
            </w:r>
            <w:proofErr w:type="gramEnd"/>
            <w:r w:rsidRPr="0013438E">
              <w:rPr>
                <w:lang w:val="ru-RU"/>
              </w:rPr>
              <w:t xml:space="preserve"> переменного тока, выход 24 В постоянного тока, не менее 2,5 А;</w:t>
            </w:r>
          </w:p>
          <w:p w:rsidR="00E04427" w:rsidRPr="0013438E" w:rsidRDefault="0013438E">
            <w:pPr>
              <w:jc w:val="both"/>
              <w:rPr>
                <w:lang w:val="ru-RU"/>
              </w:rPr>
            </w:pPr>
            <w:r w:rsidRPr="0013438E">
              <w:rPr>
                <w:lang w:val="ru-RU"/>
              </w:rPr>
              <w:t>- Условия эксплуатации: температура от +5 до +40 °</w:t>
            </w:r>
            <w:r>
              <w:t>C</w:t>
            </w:r>
            <w:r w:rsidRPr="0013438E">
              <w:rPr>
                <w:lang w:val="ru-RU"/>
              </w:rPr>
              <w:t xml:space="preserve"> при относительной влажности 10–80 % без конденсации;</w:t>
            </w:r>
          </w:p>
          <w:p w:rsidR="00E04427" w:rsidRPr="0013438E" w:rsidRDefault="0013438E">
            <w:pPr>
              <w:jc w:val="both"/>
              <w:rPr>
                <w:lang w:val="ru-RU"/>
              </w:rPr>
            </w:pPr>
            <w:r w:rsidRPr="0013438E">
              <w:rPr>
                <w:lang w:val="ru-RU"/>
              </w:rPr>
              <w:t xml:space="preserve">- Сертификация: </w:t>
            </w:r>
            <w:r>
              <w:t>CE</w:t>
            </w:r>
            <w:r w:rsidRPr="0013438E">
              <w:rPr>
                <w:lang w:val="ru-RU"/>
              </w:rPr>
              <w:t xml:space="preserve">; безопасность — </w:t>
            </w:r>
            <w:r>
              <w:t>EN</w:t>
            </w:r>
            <w:r w:rsidRPr="0013438E">
              <w:rPr>
                <w:lang w:val="ru-RU"/>
              </w:rPr>
              <w:t>/</w:t>
            </w:r>
            <w:r>
              <w:t>IEC</w:t>
            </w:r>
            <w:r w:rsidRPr="0013438E">
              <w:rPr>
                <w:lang w:val="ru-RU"/>
              </w:rPr>
              <w:t xml:space="preserve"> 62368-1; ЭМС — </w:t>
            </w:r>
            <w:r>
              <w:t>EN</w:t>
            </w:r>
            <w:r w:rsidRPr="0013438E">
              <w:rPr>
                <w:lang w:val="ru-RU"/>
              </w:rPr>
              <w:t xml:space="preserve"> 55032 (класс </w:t>
            </w:r>
            <w:r>
              <w:t>A</w:t>
            </w:r>
            <w:r w:rsidRPr="0013438E">
              <w:rPr>
                <w:lang w:val="ru-RU"/>
              </w:rPr>
              <w:t xml:space="preserve">), </w:t>
            </w:r>
            <w:r>
              <w:t>EN</w:t>
            </w:r>
            <w:r w:rsidRPr="0013438E">
              <w:rPr>
                <w:lang w:val="ru-RU"/>
              </w:rPr>
              <w:t xml:space="preserve"> 55035;</w:t>
            </w:r>
          </w:p>
          <w:p w:rsidR="00E04427" w:rsidRPr="0013438E" w:rsidRDefault="0013438E">
            <w:pPr>
              <w:jc w:val="both"/>
              <w:rPr>
                <w:lang w:val="ru-RU"/>
              </w:rPr>
            </w:pPr>
            <w:r w:rsidRPr="0013438E">
              <w:rPr>
                <w:lang w:val="ru-RU"/>
              </w:rPr>
              <w:t xml:space="preserve">- Состояние: </w:t>
            </w:r>
            <w:proofErr w:type="gramStart"/>
            <w:r w:rsidRPr="0013438E">
              <w:rPr>
                <w:lang w:val="ru-RU"/>
              </w:rPr>
              <w:t>новый</w:t>
            </w:r>
            <w:proofErr w:type="gramEnd"/>
            <w:r w:rsidRPr="0013438E">
              <w:rPr>
                <w:lang w:val="ru-RU"/>
              </w:rPr>
              <w:t>, неиспользованный;</w:t>
            </w:r>
          </w:p>
          <w:p w:rsidR="00E04427" w:rsidRPr="0013438E" w:rsidRDefault="0013438E">
            <w:pPr>
              <w:jc w:val="both"/>
              <w:rPr>
                <w:lang w:val="ru-RU"/>
              </w:rPr>
            </w:pPr>
            <w:r w:rsidRPr="0013438E">
              <w:rPr>
                <w:lang w:val="ru-RU"/>
              </w:rPr>
              <w:t>- Год выпуска: не ранее 2024 года.</w:t>
            </w:r>
          </w:p>
          <w:p w:rsidR="00E04427" w:rsidRPr="0013438E" w:rsidRDefault="00E04427">
            <w:pPr>
              <w:rPr>
                <w:lang w:val="ru-RU"/>
              </w:rPr>
            </w:pPr>
          </w:p>
          <w:p w:rsidR="00E04427" w:rsidRPr="0013438E" w:rsidRDefault="0013438E">
            <w:pPr>
              <w:rPr>
                <w:lang w:val="ru-RU"/>
              </w:rPr>
            </w:pPr>
            <w:r w:rsidRPr="0013438E">
              <w:rPr>
                <w:b/>
                <w:lang w:val="ru-RU"/>
              </w:rPr>
              <w:t>Комплект поставки (на 12 принтеров):</w:t>
            </w:r>
          </w:p>
          <w:p w:rsidR="00E04427" w:rsidRPr="0013438E" w:rsidRDefault="0013438E">
            <w:pPr>
              <w:jc w:val="both"/>
              <w:rPr>
                <w:lang w:val="ru-RU"/>
              </w:rPr>
            </w:pPr>
            <w:r w:rsidRPr="0013438E">
              <w:rPr>
                <w:lang w:val="ru-RU"/>
              </w:rPr>
              <w:t>- Принтер этикеток — 12 шт.;</w:t>
            </w:r>
          </w:p>
          <w:p w:rsidR="00E04427" w:rsidRPr="0013438E" w:rsidRDefault="0013438E">
            <w:pPr>
              <w:jc w:val="both"/>
              <w:rPr>
                <w:lang w:val="ru-RU"/>
              </w:rPr>
            </w:pPr>
            <w:r w:rsidRPr="0013438E">
              <w:rPr>
                <w:lang w:val="ru-RU"/>
              </w:rPr>
              <w:t>- Адаптер питания с кабелем питания — 12 шт.;</w:t>
            </w:r>
          </w:p>
          <w:p w:rsidR="00E04427" w:rsidRPr="0013438E" w:rsidRDefault="0013438E">
            <w:pPr>
              <w:jc w:val="both"/>
              <w:rPr>
                <w:lang w:val="ru-RU"/>
              </w:rPr>
            </w:pPr>
            <w:r w:rsidRPr="0013438E">
              <w:rPr>
                <w:lang w:val="ru-RU"/>
              </w:rPr>
              <w:t xml:space="preserve">- Кабель </w:t>
            </w:r>
            <w:r>
              <w:t>USB</w:t>
            </w:r>
            <w:r w:rsidRPr="0013438E">
              <w:rPr>
                <w:lang w:val="ru-RU"/>
              </w:rPr>
              <w:t xml:space="preserve"> — 12 шт.;</w:t>
            </w:r>
          </w:p>
          <w:p w:rsidR="00E04427" w:rsidRPr="0013438E" w:rsidRDefault="0013438E">
            <w:pPr>
              <w:jc w:val="both"/>
              <w:rPr>
                <w:lang w:val="ru-RU"/>
              </w:rPr>
            </w:pPr>
            <w:r w:rsidRPr="0013438E">
              <w:rPr>
                <w:lang w:val="ru-RU"/>
              </w:rPr>
              <w:t>- Документация (руководство пользователя) — 12 комплектов (по одному на принтер);</w:t>
            </w:r>
          </w:p>
          <w:p w:rsidR="00E04427" w:rsidRPr="0013438E" w:rsidRDefault="0013438E">
            <w:pPr>
              <w:jc w:val="both"/>
              <w:rPr>
                <w:lang w:val="ru-RU"/>
              </w:rPr>
            </w:pPr>
            <w:r w:rsidRPr="0013438E">
              <w:rPr>
                <w:lang w:val="ru-RU"/>
              </w:rPr>
              <w:t>- Этикетки самоклеящиеся полипропиленовые 58 × 40 мм, втулка 40 мм, 1000 шт. в рулоне — 90 рулонов;</w:t>
            </w:r>
          </w:p>
          <w:p w:rsidR="00E04427" w:rsidRPr="0013438E" w:rsidRDefault="0013438E">
            <w:pPr>
              <w:jc w:val="both"/>
              <w:rPr>
                <w:lang w:val="ru-RU"/>
              </w:rPr>
            </w:pPr>
            <w:r w:rsidRPr="0013438E">
              <w:rPr>
                <w:lang w:val="ru-RU"/>
              </w:rPr>
              <w:t>- Красящая лента (</w:t>
            </w:r>
            <w:proofErr w:type="spellStart"/>
            <w:r w:rsidRPr="0013438E">
              <w:rPr>
                <w:lang w:val="ru-RU"/>
              </w:rPr>
              <w:t>риббон</w:t>
            </w:r>
            <w:proofErr w:type="spellEnd"/>
            <w:r w:rsidRPr="0013438E">
              <w:rPr>
                <w:lang w:val="ru-RU"/>
              </w:rPr>
              <w:t xml:space="preserve">) </w:t>
            </w:r>
            <w:r>
              <w:t>Resin</w:t>
            </w:r>
            <w:r w:rsidRPr="0013438E">
              <w:rPr>
                <w:lang w:val="ru-RU"/>
              </w:rPr>
              <w:t xml:space="preserve"> 60 мм × 300 м, намотка красящим слоем наружу (</w:t>
            </w:r>
            <w:r>
              <w:t>OUT</w:t>
            </w:r>
            <w:r w:rsidRPr="0013438E">
              <w:rPr>
                <w:lang w:val="ru-RU"/>
              </w:rPr>
              <w:t>), втулка 25,4 мм — 15 рулонов.</w:t>
            </w:r>
          </w:p>
          <w:p w:rsidR="00E04427" w:rsidRPr="0013438E" w:rsidRDefault="00E04427">
            <w:pPr>
              <w:rPr>
                <w:lang w:val="ru-RU"/>
              </w:rPr>
            </w:pPr>
          </w:p>
          <w:p w:rsidR="00E04427" w:rsidRPr="0013438E" w:rsidRDefault="0013438E">
            <w:pPr>
              <w:rPr>
                <w:lang w:val="ru-RU"/>
              </w:rPr>
            </w:pPr>
            <w:r w:rsidRPr="0013438E">
              <w:rPr>
                <w:b/>
                <w:lang w:val="ru-RU"/>
              </w:rPr>
              <w:t>Требования к расходным материалам, входящим в комплект поставки:</w:t>
            </w:r>
          </w:p>
          <w:p w:rsidR="00E04427" w:rsidRPr="0013438E" w:rsidRDefault="0013438E">
            <w:pPr>
              <w:jc w:val="both"/>
              <w:rPr>
                <w:lang w:val="ru-RU"/>
              </w:rPr>
            </w:pPr>
            <w:proofErr w:type="gramStart"/>
            <w:r w:rsidRPr="0013438E">
              <w:rPr>
                <w:lang w:val="ru-RU"/>
              </w:rPr>
              <w:t>- Этикетки — 90 рулонов (90 000 шт.): полипропилен (</w:t>
            </w:r>
            <w:r>
              <w:t>PP</w:t>
            </w:r>
            <w:r w:rsidRPr="0013438E">
              <w:rPr>
                <w:lang w:val="ru-RU"/>
              </w:rPr>
              <w:t xml:space="preserve">) белый, для </w:t>
            </w:r>
            <w:proofErr w:type="spellStart"/>
            <w:r w:rsidRPr="0013438E">
              <w:rPr>
                <w:lang w:val="ru-RU"/>
              </w:rPr>
              <w:t>термотрансферной</w:t>
            </w:r>
            <w:proofErr w:type="spellEnd"/>
            <w:r w:rsidRPr="0013438E">
              <w:rPr>
                <w:lang w:val="ru-RU"/>
              </w:rPr>
              <w:t xml:space="preserve"> печати; клеевой слой постоянный; размер 58 × 40 мм, высечка с зазором; втулка 40 мм; 1000 шт. в рулоне; намотка этикетками наружу; внешний диаметр рулона не более 127 мм; количество — 90 рулонов;</w:t>
            </w:r>
            <w:proofErr w:type="gramEnd"/>
          </w:p>
          <w:p w:rsidR="00E04427" w:rsidRPr="0013438E" w:rsidRDefault="0013438E">
            <w:pPr>
              <w:jc w:val="both"/>
              <w:rPr>
                <w:lang w:val="ru-RU"/>
              </w:rPr>
            </w:pPr>
            <w:r w:rsidRPr="0013438E">
              <w:rPr>
                <w:lang w:val="ru-RU"/>
              </w:rPr>
              <w:t xml:space="preserve">- </w:t>
            </w:r>
            <w:proofErr w:type="spellStart"/>
            <w:r w:rsidRPr="0013438E">
              <w:rPr>
                <w:lang w:val="ru-RU"/>
              </w:rPr>
              <w:t>Риббон</w:t>
            </w:r>
            <w:proofErr w:type="spellEnd"/>
            <w:r w:rsidRPr="0013438E">
              <w:rPr>
                <w:lang w:val="ru-RU"/>
              </w:rPr>
              <w:t xml:space="preserve"> — 15 рулонов: тип </w:t>
            </w:r>
            <w:r>
              <w:t>Resin</w:t>
            </w:r>
            <w:r w:rsidRPr="0013438E">
              <w:rPr>
                <w:lang w:val="ru-RU"/>
              </w:rPr>
              <w:t xml:space="preserve"> (смоляной), для печати на полипропилене; ширина 60 мм; длина 300 м; втулка 25,4 мм (1"); намотка красящим слоем наружу (</w:t>
            </w:r>
            <w:r>
              <w:t>OUT</w:t>
            </w:r>
            <w:r w:rsidRPr="0013438E">
              <w:rPr>
                <w:lang w:val="ru-RU"/>
              </w:rPr>
              <w:t>); внешний диаметр рулона не более 68 мм; количество — 15 рулонов;</w:t>
            </w:r>
          </w:p>
          <w:p w:rsidR="00E04427" w:rsidRPr="0013438E" w:rsidRDefault="0013438E">
            <w:pPr>
              <w:jc w:val="both"/>
              <w:rPr>
                <w:lang w:val="ru-RU"/>
              </w:rPr>
            </w:pPr>
            <w:r w:rsidRPr="0013438E">
              <w:rPr>
                <w:lang w:val="ru-RU"/>
              </w:rPr>
              <w:t>- Срок годности расходных материалов на момент поставки: не менее 12 месяцев;</w:t>
            </w:r>
          </w:p>
          <w:p w:rsidR="00E04427" w:rsidRPr="0013438E" w:rsidRDefault="0013438E">
            <w:pPr>
              <w:jc w:val="both"/>
              <w:rPr>
                <w:lang w:val="ru-RU"/>
              </w:rPr>
            </w:pPr>
            <w:r w:rsidRPr="0013438E">
              <w:rPr>
                <w:lang w:val="ru-RU"/>
              </w:rPr>
              <w:t>Расходные материалы входят в комплект поставки принтеров и поставляются вместе с ними, одной поставкой; должны быть полностью совместимы с поставляемыми принтерами по ширине носителя, диаметру втулки, направлению намотки и типу печати. Поставка принтеров без расходных материалов не допускается.</w:t>
            </w:r>
          </w:p>
          <w:p w:rsidR="00E04427" w:rsidRPr="0013438E" w:rsidRDefault="00E04427">
            <w:pPr>
              <w:rPr>
                <w:lang w:val="ru-RU"/>
              </w:rPr>
            </w:pPr>
          </w:p>
          <w:p w:rsidR="00E04427" w:rsidRPr="0013438E" w:rsidRDefault="0013438E">
            <w:pPr>
              <w:rPr>
                <w:lang w:val="ru-RU"/>
              </w:rPr>
            </w:pPr>
            <w:r w:rsidRPr="0013438E">
              <w:rPr>
                <w:b/>
                <w:lang w:val="ru-RU"/>
              </w:rPr>
              <w:t>Гарантия:</w:t>
            </w:r>
          </w:p>
          <w:p w:rsidR="00E04427" w:rsidRPr="0013438E" w:rsidRDefault="0013438E">
            <w:pPr>
              <w:jc w:val="both"/>
              <w:rPr>
                <w:lang w:val="ru-RU"/>
              </w:rPr>
            </w:pPr>
            <w:r w:rsidRPr="0013438E">
              <w:rPr>
                <w:lang w:val="ru-RU"/>
              </w:rPr>
              <w:t xml:space="preserve">Не менее 12 (двенадцати) месяцев </w:t>
            </w:r>
            <w:proofErr w:type="gramStart"/>
            <w:r w:rsidRPr="0013438E">
              <w:rPr>
                <w:lang w:val="ru-RU"/>
              </w:rPr>
              <w:t>с даты подписания</w:t>
            </w:r>
            <w:proofErr w:type="gramEnd"/>
            <w:r w:rsidRPr="0013438E">
              <w:rPr>
                <w:lang w:val="ru-RU"/>
              </w:rPr>
              <w:t xml:space="preserve"> акта приёма-передачи, включая печатающую головку. Поставляемый товар должен обеспечивать неизменно высокое качество функционирования, отличаться надёжностью, лёгкостью эксплуатации, гарантировать отсутствие дефектов.</w:t>
            </w:r>
          </w:p>
        </w:tc>
      </w:tr>
      <w:tr w:rsidR="00E04427" w:rsidRPr="002008FC">
        <w:trPr>
          <w:jc w:val="center"/>
        </w:trPr>
        <w:tc>
          <w:tcPr>
            <w:tcW w:w="3969" w:type="dxa"/>
          </w:tcPr>
          <w:p w:rsidR="00E04427" w:rsidRPr="0013438E" w:rsidRDefault="0013438E">
            <w:pPr>
              <w:rPr>
                <w:lang w:val="ru-RU"/>
              </w:rPr>
            </w:pPr>
            <w:r w:rsidRPr="0013438E">
              <w:rPr>
                <w:lang w:val="ru-RU"/>
              </w:rPr>
              <w:lastRenderedPageBreak/>
              <w:t xml:space="preserve">Сопутствующие услуги </w:t>
            </w:r>
            <w:r w:rsidRPr="0013438E">
              <w:rPr>
                <w:lang w:val="ru-RU"/>
              </w:rPr>
              <w:lastRenderedPageBreak/>
              <w:t>(указываются при необходимости) (монтаж, наладка, обучение, проверки и испытания товаров)</w:t>
            </w:r>
          </w:p>
        </w:tc>
        <w:tc>
          <w:tcPr>
            <w:tcW w:w="5102" w:type="dxa"/>
          </w:tcPr>
          <w:p w:rsidR="00E04427" w:rsidRPr="0013438E" w:rsidRDefault="00E04427">
            <w:pPr>
              <w:rPr>
                <w:lang w:val="ru-RU"/>
              </w:rPr>
            </w:pPr>
          </w:p>
        </w:tc>
      </w:tr>
      <w:tr w:rsidR="00E04427" w:rsidRPr="002008FC">
        <w:trPr>
          <w:jc w:val="center"/>
        </w:trPr>
        <w:tc>
          <w:tcPr>
            <w:tcW w:w="3969" w:type="dxa"/>
          </w:tcPr>
          <w:p w:rsidR="00E04427" w:rsidRPr="0013438E" w:rsidRDefault="0013438E">
            <w:pPr>
              <w:rPr>
                <w:lang w:val="ru-RU"/>
              </w:rPr>
            </w:pPr>
            <w:r w:rsidRPr="0013438E">
              <w:rPr>
                <w:lang w:val="ru-RU"/>
              </w:rPr>
              <w:lastRenderedPageBreak/>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5102" w:type="dxa"/>
          </w:tcPr>
          <w:p w:rsidR="00E04427" w:rsidRPr="0013438E" w:rsidRDefault="00E04427">
            <w:pPr>
              <w:rPr>
                <w:lang w:val="ru-RU"/>
              </w:rPr>
            </w:pPr>
            <w:bookmarkStart w:id="0" w:name="_GoBack"/>
            <w:bookmarkEnd w:id="0"/>
          </w:p>
        </w:tc>
      </w:tr>
    </w:tbl>
    <w:p w:rsidR="00E04427" w:rsidRPr="0013438E" w:rsidRDefault="00E04427">
      <w:pPr>
        <w:rPr>
          <w:lang w:val="ru-RU"/>
        </w:rPr>
      </w:pPr>
    </w:p>
    <w:p w:rsidR="00E04427" w:rsidRPr="0013438E" w:rsidRDefault="0013438E">
      <w:pPr>
        <w:rPr>
          <w:lang w:val="ru-RU"/>
        </w:rPr>
      </w:pPr>
      <w:r w:rsidRPr="0013438E">
        <w:rPr>
          <w:i/>
          <w:sz w:val="20"/>
          <w:lang w:val="ru-RU"/>
        </w:rPr>
        <w:t>* сведения подтягиваются из плана государственных закупок (отображаются автоматически).</w:t>
      </w:r>
    </w:p>
    <w:p w:rsidR="00E04427" w:rsidRPr="0013438E" w:rsidRDefault="0013438E">
      <w:pPr>
        <w:rPr>
          <w:lang w:val="ru-RU"/>
        </w:rPr>
      </w:pPr>
      <w:r w:rsidRPr="0013438E">
        <w:rPr>
          <w:b/>
          <w:lang w:val="ru-RU"/>
        </w:rPr>
        <w:t>Примечание.</w:t>
      </w:r>
    </w:p>
    <w:p w:rsidR="00E04427" w:rsidRPr="0013438E" w:rsidRDefault="0013438E">
      <w:pPr>
        <w:rPr>
          <w:lang w:val="ru-RU"/>
        </w:rPr>
      </w:pPr>
      <w:r w:rsidRPr="0013438E">
        <w:rPr>
          <w:lang w:val="ru-RU"/>
        </w:rPr>
        <w:t>1. Каждое требование по функциональным, техническим, качественным, эксплуатационным, иным характеристикам, сопутствующим услугам и дополнительным условиям к исполнителю указывается отдельной строкой.</w:t>
      </w:r>
    </w:p>
    <w:p w:rsidR="00E04427" w:rsidRPr="0013438E" w:rsidRDefault="0013438E">
      <w:pPr>
        <w:rPr>
          <w:lang w:val="ru-RU"/>
        </w:rPr>
      </w:pPr>
      <w:r w:rsidRPr="0013438E">
        <w:rPr>
          <w:lang w:val="ru-RU"/>
        </w:rPr>
        <w:t>2. Установление в настоящей технической спецификации квалификационных требований, предъявляемых к потенциальному поставщику, не допускается.</w:t>
      </w:r>
    </w:p>
    <w:p w:rsidR="00E04427" w:rsidRPr="0013438E" w:rsidRDefault="0013438E">
      <w:pPr>
        <w:rPr>
          <w:lang w:val="ru-RU"/>
        </w:rPr>
      </w:pPr>
      <w:r w:rsidRPr="0013438E">
        <w:rPr>
          <w:lang w:val="ru-RU"/>
        </w:rPr>
        <w:t>3. Установление требований технической спецификации в иных документах не допускается.</w:t>
      </w:r>
    </w:p>
    <w:sectPr w:rsidR="00E04427" w:rsidRPr="0013438E"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3438E"/>
    <w:rsid w:val="0015074B"/>
    <w:rsid w:val="002008FC"/>
    <w:rsid w:val="0029639D"/>
    <w:rsid w:val="00326F90"/>
    <w:rsid w:val="00AA1D8D"/>
    <w:rsid w:val="00B47730"/>
    <w:rsid w:val="00CB0664"/>
    <w:rsid w:val="00E044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9DE4A-71A1-4047-9C78-B5D8BBF23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2004</Words>
  <Characters>11429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Алишер Тенизбай</cp:lastModifiedBy>
  <cp:revision>3</cp:revision>
  <dcterms:created xsi:type="dcterms:W3CDTF">2013-12-23T23:15:00Z</dcterms:created>
  <dcterms:modified xsi:type="dcterms:W3CDTF">2026-09-17T10:26:00Z</dcterms:modified>
  <cp:category/>
</cp:coreProperties>
</file>